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3109"/>
        <w:gridCol w:w="3109"/>
        <w:gridCol w:w="3109"/>
      </w:tblGrid>
      <w:tr>
        <w:tc>
          <w:tcPr>
            <w:tcW w:type="dxa" w:w="1701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38483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Kru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3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24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40"/>
                <w:szCs w:val="40"/>
                <w:lang w:val="th-TH" w:bidi="th-TH" w:eastAsia="th-TH"/>
              </w:rPr>
              <w:t>บันทึกข้อความ</w:t>
            </w:r>
          </w:p>
        </w:tc>
        <w:tc>
          <w:tcPr>
            <w:tcW w:type="dxa" w:w="2001"/>
            <w:tcBorders>
              <w:top w:val="none"/>
              <w:left w:val="none"/>
              <w:bottom w:val="none"/>
              <w:right w:val="none"/>
            </w:tcBorders>
          </w:tcPr>
          <w:p/>
        </w:tc>
      </w:tr>
    </w:tbl>
    <w:p>
      <w:pPr>
        <w:spacing w:before="8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ส่วนราชการ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​โรงเรียน​พูล​เจริญ​วิทยาคม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664"/>
        <w:gridCol w:w="4664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ที่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  ......................................../....................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วันที่​  ​30​ ​ตุลาคม​ ​2569</w:t>
            </w:r>
          </w:p>
        </w:tc>
      </w:tr>
    </w:tbl>
    <w:p>
      <w:pPr>
        <w:spacing w:before="20" w:after="4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เรื่อง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​ชี้แจง​สาเหตุ​การ​ไม่​ได้​ลงชื่อ​กลับ​การปฏิบัติ​ราชการ</w:t>
      </w:r>
    </w:p>
    <w:p>
      <w:pPr>
        <w:spacing w:before="0" w:after="40" w:line="160" w:lineRule="exact"/>
        <w:pBdr>
          <w:bottom w:val="single" w:sz="6" w:space="1" w:color="000000"/>
        </w:pBdr>
        <w:rPr>
          <w:rFonts w:ascii="TH Sarabun New" w:hAnsi="TH Sarabun New" w:cs="TH Sarabun New" w:eastAsia="TH Sarabun New"/>
          <w:noProof/>
          <w:sz w:val="16"/>
          <w:szCs w:val="16"/>
        </w:rPr>
      </w:pPr>
    </w:p>
    <w:p>
      <w:pPr>
        <w:spacing w:before="40" w:after="8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เรียน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​ผู้อำนวยการ​โรงเรียน​พูล​เจริญ​วิทยาคม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ตามที่​ ​โรงเรียน​พูล​เจริญ​วิทยาคม​ ​ได้​กำหนดให้​ข้าราชการ​ครู​และ​บุคลากร​ทาง​การศึกษา​ลงชื่อ​ปฏิบัติ​ราชการ​และ​ลงชื่อ​กลับ​การปฏิบัติ​ราชการ​เป็นประจำ​ทุก​วันทำการ​ ​เพื่อ​เป็น​หลักฐาน​บันทึก​เวลา​การปฏิบัติ​ราชการ​ ​นั้น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 w:cs="TH Sarabun New" w:eastAsia="TH Sarabun New"/>
          <w:noProof/>
          <w:sz w:val="32"/>
          <w:szCs w:val="32"/>
          <w:lang w:val="th-TH"/>
        </w:rPr>
        <w:t>ในการนี้​ ​ข้าพเจ้า​ ​นางสาว​ดารา​พร​ ​รอด​ชม​ ​ตำแหน่ง​ ​ครู​ ​วิทยฐานะ​ ​ครู​ชำนาญ​การ​ ​โรงเรียน​พูล​เจริญ​วิทยาคม​ ​ปฏิบัติหน้าที่​ครูผู้สอน​กลุ่ม​สาระ​การเรียนรู้​คณิตศาสตร์​ ​ขอ​เรียน​ชี้แจง​สาเหตุ​การ​ไม่​ได้​ลงชื่อ​กลับ​การปฏิบัติ​ราชการ​ ​เมื่อ​วัน​จันทร์​ที่​ ​26​ ​ตุลาคม​ ​2569​ ​เนื่องจาก​ใน​วัน​ดังกล่าว​ ​ภาย​หลังจาก​ปฏิบัติหน้าที่​การสอน​และ​การ​จัดกิจกรรม​การเรียนรู้​เสร็จสิ้น​ ​ข้าพเจ้า​มี​อาการ​ปวดท้อง​อย่าง​กระทันหัน​ ​และ​มีความจำเป็น​เร่งด่วน​ต้อง​เข้า​ห้องน้ำ​ก่อน​เดินทาง​กลับบ้าน​ ​จึง​รีบ​เดินทาง​ออกจาก​บริเวณ​โรงเรียน​เพื่อ​เข้า​ห้องน้ำ​โดยทันที​ ​ด้วย​ความ​เร่งรีบ​ดังกล่าว​จึง​ทำให้​หลงลืม​การ​ลงชื่อ​กลับ​การปฏิบัติ​ราชการ​ ​ทั้งนี้​ ​ข้าพเจ้า​ได้มา​ปฏิบัติ​ราชการ​ตามปกติ​เต็มเวลา​ตลอด​ทั้งวัน​ ​มิได้​มี​เจตนา​หลีกเลี่ยง​การ​ลงชื่อ​กลับ​แต่อย่างใด​ ​และ​จะ​ระมัดระวัง​มิ​ให้​เกิด​เหตุการณ์​หลงลืม​เช่นนี้​อีก​ในอนาคต</w:t>
      </w:r>
    </w:p>
    <w:p>
      <w:pPr>
        <w:spacing w:before="40" w:after="120" w:line="252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จึง​เรียน​มา​เพื่อ​โปรดทราบ</w:t>
      </w:r>
    </w:p>
    <w:p>
      <w:pPr>
        <w:spacing w:before="12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664"/>
        <w:gridCol w:w="4664"/>
      </w:tblGrid>
      <w:tr>
        <w:tc>
          <w:tcPr>
            <w:tcW w:type="dxa" w:w="3685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38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ลงชื่อ​..........................................................</w:t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(​นางสาว​ดารา​พร​ ​รอด​ชม​)</w:t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ตำแหน่ง​ ​ครู​ ​วิทยฐานะ​ ​ครู​ชำนาญ​การ</w:t>
            </w:r>
          </w:p>
        </w:tc>
      </w:tr>
    </w:tbl>
    <w:sectPr w:rsidR="00FC693F" w:rsidRPr="0006063C" w:rsidSect="00034616">
      <w:pgSz w:w="11906" w:h="16838"/>
      <w:pgMar w:top="1138" w:right="1138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