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3109"/>
        <w:gridCol w:w="3109"/>
        <w:gridCol w:w="3109"/>
      </w:tblGrid>
      <w:tr>
        <w:tc>
          <w:tcPr>
            <w:tcW w:type="dxa" w:w="1701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38483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Kru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3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2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40"/>
                <w:szCs w:val="40"/>
                <w:lang w:val="th-TH" w:bidi="th-TH" w:eastAsia="th-TH"/>
              </w:rPr>
              <w:t>บันทึกข้อความ</w:t>
            </w:r>
          </w:p>
        </w:tc>
        <w:tc>
          <w:tcPr>
            <w:tcW w:type="dxa" w:w="2001"/>
            <w:tcBorders>
              <w:top w:val="none"/>
              <w:left w:val="none"/>
              <w:bottom w:val="none"/>
              <w:right w:val="none"/>
            </w:tcBorders>
          </w:tcPr>
          <w:p/>
        </w:tc>
      </w:tr>
    </w:tbl>
    <w:p>
      <w:pPr>
        <w:spacing w:before="8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ส่วนราชการ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​โรงเรียน​พูล​เจริญ​วิทยาคม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ที่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  ......................................../....................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วันที่  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26​ ​ตุลาคม​ ​2569</w:t>
            </w:r>
          </w:p>
        </w:tc>
      </w:tr>
    </w:tbl>
    <w:p>
      <w:pPr>
        <w:spacing w:before="20" w:after="4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เรื่อง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​ชี้แจง​สาเหตุ​การ​ไม่​ได้​ลงชื่อ​กลับ​การปฏิบัติ​ราชการ</w:t>
      </w:r>
    </w:p>
    <w:p>
      <w:pPr>
        <w:spacing w:before="0" w:after="40" w:line="160" w:lineRule="exact"/>
        <w:pBdr>
          <w:bottom w:val="single" w:sz="6" w:space="1" w:color="000000"/>
        </w:pBdr>
        <w:rPr>
          <w:rFonts w:ascii="TH Sarabun New" w:hAnsi="TH Sarabun New" w:cs="TH Sarabun New" w:eastAsia="TH Sarabun New"/>
          <w:noProof/>
          <w:sz w:val="16"/>
          <w:szCs w:val="16"/>
        </w:rPr>
      </w:pPr>
    </w:p>
    <w:p>
      <w:pPr>
        <w:spacing w:before="40" w:after="8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เรียน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​ผู้อำนวยการ​โรงเรียน​พูล​เจริญ​วิทยาคม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ตามที่​ ​โรงเรียน​พูล​เจริญ​วิทยาคม​ ​ได้​กำหนดให้​ข้าราชการ​ครู​และ​บุคลากร​ทาง​การศึกษา​ลงชื่อ​ปฏิบัติ​ราชการ​และ​ลงชื่อ​กลับ​การปฏิบัติ​ราชการ​เป็นประจำ​ทุก​วันทำการ​ ​เพื่อ​เป็น​หลักฐาน​บันทึก​เวลา​การปฏิบัติ​ราชการ​ ​นั้น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noProof/>
          <w:sz w:val="32"/>
          <w:szCs w:val="32"/>
          <w:lang w:val="th-TH"/>
        </w:rPr>
        <w:t>ในการนี้​ ​ข้าพเจ้า​ ​นางสาว​ประภา​พร​ ​ดอกไม้​ ​ตำแหน่ง​ ​ครู​ ​วิทยฐานะ​ ​ครู​ชำนาญ​การ​พิเศษ​ ​โรงเรียน​พูล​เจริญ​วิทยาคม​ ​ปฏิบัติหน้าที่​ครูผู้สอน​กลุ่ม​สาระ​การเรียนรู้​วิทยาศาสตร์​ ​ขอ​เรียน​ชี้แจง​สาเหตุ​การ​ไม่​ได้​ลงชื่อ​กลับ​การปฏิบัติ​ราชการ​ ​เมื่อ​วัน​ศุกร์​ที่​ ​23​ ​ตุลาคม​ ​2569​ ​เนื่องจาก​ใน​วัน​ดังกล่าว​ ​ภาย​หลังจาก​ปฏิบัติหน้าที่​การสอน​และ​การ​จัดกิจกรรม​การเรียนรู้​เสร็จสิ้น​ ​ยาง​รถจักรยานยนต์​ที่​ใช้​เดินทาง​เกิด​รั่ว​ ​ไม่​สามารถ​ขับขี่​กลับ​ได้​ตามปกติ​ ​ข้าพเจ้า​จึง​ต้อง​รีบ​นำ​รถ​เข้า​ซ่อม​ ​ประกอบ​กับ​ความ​เร่งรีบ​ดังกล่าว​ ​จึง​ทำให้​หลงลืม​การ​ลงชื่อ​กลับ​การปฏิบัติ​ราชการ​ก่อน​เดินทาง​ออกจาก​โรงเรียน​ ​ทั้งนี้​ ​ข้าพเจ้า​ได้มา​ปฏิบัติ​ราชการ​ตามปกติ​เต็มเวลา​ตลอด​ทั้งวัน​ ​มิได้​มี​เจตนา​หลีกเลี่ยง​การ​ลงชื่อ​กลับ​แต่อย่างใด​ ​และ​จะ​ระมัดระวัง​มิ​ให้​เกิด​เหตุการณ์​หลงลืม​เช่นนี้​อีก​ในอนาคต</w:t>
      </w:r>
    </w:p>
    <w:p>
      <w:pPr>
        <w:spacing w:before="40" w:after="12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จึง​เรียน​มา​เพื่อ​โปรดทราบ</w:t>
      </w:r>
    </w:p>
    <w:p>
      <w:pPr>
        <w:spacing w:before="12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3685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38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ลงชื่อ..........................................................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(​นางสาว​ประภา​พร​ ​ดอกไม้​)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ตำแหน่ง​ ​ครู​ ​วิทยฐานะ​ ​ครู​ชำนาญ​การ​พิเศษ</w:t>
            </w:r>
          </w:p>
        </w:tc>
      </w:tr>
    </w:tbl>
    <w:sectPr w:rsidR="00FC693F" w:rsidRPr="0006063C" w:rsidSect="00034616">
      <w:pgSz w:w="11906" w:h="16838"/>
      <w:pgMar w:top="1138" w:right="1138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