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ส่วนราชการ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วันที่  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28​ ​ตุลาคม​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40" w:after="8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เรียน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w:t>ในการนี้​ ​ข้าพเจ้า​ ​นาย​รา​มิ​ล​ ​ปัญญ​พัทธ์​ ​ตำแหน่ง​ ​ครู​ ​โรงเรียน​พูล​เจริญ​วิทยาคม​ ​ปฏิบัติหน้าที่​ครูผู้สอน​กลุ่ม​สาระ​การเรียนรู้​ภาษาไทย​ ​ขอ​เรียน​ชี้แจง​สาเหตุ​การ​ไม่​ได้​ลงชื่อ​กลับ​การปฏิบัติ​ราชการ​ ​เมื่อ​วัน​อังคาร​ที่​ ​27​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​ขณะที่​ข้าพเจ้า​เดิน​ไป​ลงชื่อ​กลับ​การปฏิบัติ​ราชการ​ที่​โต๊ะ​ลงชื่อ​ ​ได้​พบ​งู​อยู่​ใน​บริเวณ​ดังกล่าว​ ​ข้าพเจ้า​จึง​ตกใจ​และ​รีบ​วิ่ง​ออกจาก​บริเวณ​นั้น​เพื่อ​ความปลอดภัย​ ​ประกอบ​กับ​ความตกใจ​ดังกล่าว​ ​จึง​ทำให้​หลงลืม​การ​ลงชื่อ​กลับ​การปฏิบัติ​ราชการ​ก่อน​เดินทาง​ออกจาก​โรงเรียน​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(​นาย​รา​มิ​ล​ ​ปัญญ​พัทธ์​)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ตำแหน่ง​ ​ครู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