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ส่วนราชการ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วันที่  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22​ ​ตุลาคม​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40" w:after="8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เรียน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w:t>ในการนี้​ ​ข้าพเจ้า​ ​นาย​รา​มิ​ล​ ​ปัญญ​พัทธ์​ ​ตำแหน่ง​ ​ครู​ ​โรงเรียน​พูล​เจริญ​วิทยาคม​ ​ปฏิบัติหน้าที่​ครูผู้สอน​กลุ่ม​สาระ​การเรียนรู้​ภาษาไทย​ ​ขอ​เรียน​ชี้แจง​สาเหตุ​การ​ไม่​ได้​ลงชื่อ​กลับ​การปฏิบัติ​ราชการ​ ​เมื่อ​วัน​อังคาร​ที่​ ​20​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​ได้​เกิด​ฝน​ตกหนัก​อย่าง​ต่อ​เนื่องใน​บริเวณ​โรงเรียน​และ​พื้นที่​ใกล้เคียง​ ​ข้าพเจ้า​จึง​ต้อง​รีบ​เดินทาง​กลับ​โดยเร็ว​เพื่อ​ความปลอดภัย​ ​ประกอบ​กับ​ความ​เร่งรีบ​ดังกล่าว​ ​จึง​ทำให้​หลงลืม​การ​ลงชื่อ​กลับ​การปฏิบัติ​ราชการ​ก่อน​เดินทาง​ออกจาก​โรงเรียน​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ตำแหน่ง ครู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