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9"/>
        <w:gridCol w:w="3109"/>
        <w:gridCol w:w="310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/>
                <w:b/>
                <w:i w:val="0"/>
                <w:sz w:val="40"/>
                <w:rFonts w:ascii="TH Sarabun New" w:hAnsi="TH Sarabun New" w:cs="TH Sarabun New" w:eastAsia="TH Sarabun New"/>
                <w:noProof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/>
          <w:b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>ส่วนราชการ</w:t>
      </w:r>
      <w:r>
        <w:rPr>
          <w:rFonts w:ascii="TH Sarabun New" w:hAnsi="TH Sarabun New"/>
          <w:b w:val="0"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 xml:space="preserve"> 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64"/>
        <w:gridCol w:w="4664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/>
                <w:b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>ที่</w:t>
            </w:r>
            <w:r>
              <w:rPr>
                <w:rFonts w:ascii="TH Sarabun New" w:hAnsi="TH Sarabun New"/>
                <w:b w:val="0"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 xml:space="preserve">  ......................................../....................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/>
                <w:b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 xml:space="preserve">วันที่  </w:t>
            </w:r>
            <w:r>
              <w:rPr>
                <w:rFonts w:ascii="TH Sarabun New" w:hAnsi="TH Sarabun New"/>
                <w:b w:val="0"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>15​ ​ตุลาคม​ ​2569</w:t>
            </w:r>
          </w:p>
        </w:tc>
      </w:tr>
    </w:tbl>
    <w:p>
      <w:pPr>
        <w:spacing w:before="20" w:after="40" w:line="240" w:lineRule="auto"/>
      </w:pPr>
      <w:r>
        <w:rPr>
          <w:rFonts w:ascii="TH Sarabun New" w:hAnsi="TH Sarabun New"/>
          <w:b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>เรื่อง</w:t>
      </w:r>
      <w:r>
        <w:rPr>
          <w:rFonts w:ascii="TH Sarabun New" w:hAnsi="TH Sarabun New"/>
          <w:b w:val="0"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 xml:space="preserve">  ​ชี้แจง​สาเหตุ​การ​ไม่​ได้​ลงชื่อ​กลับ​การปฏิบัติ​ราชการ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/>
          <w:sz w:val="16"/>
          <w:szCs w:val="16"/>
          <w:noProof/>
        </w:rPr>
      </w:pPr>
    </w:p>
    <w:p>
      <w:pPr>
        <w:spacing w:before="40" w:after="80" w:line="240" w:lineRule="auto"/>
      </w:pPr>
      <w:r>
        <w:rPr>
          <w:rFonts w:ascii="TH Sarabun New" w:hAnsi="TH Sarabun New"/>
          <w:b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>เรียน</w:t>
      </w:r>
      <w:r>
        <w:rPr>
          <w:rFonts w:ascii="TH Sarabun New" w:hAnsi="TH Sarabun New"/>
          <w:b w:val="0"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 xml:space="preserve">  ​ผู้อำนวยการ​โรงเรียน​พูล​เจริญ​วิทยาคม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/>
          <w:b w:val="0"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>ตามที่​ ​โรงเรียน​พูล​เจริญ​วิทยาคม​ ​ได้​กำหนดให้​ข้าราชการ​ครู​และ​บุคลากร​ทาง​การศึกษา​ลงชื่อ​ปฏิบัติ​ราชการ​และ​ลงชื่อ​กลับ​การปฏิบัติ​ราชการ​เป็นประจำ​ทุก​วันทำการ​ ​เพื่อ​เป็น​หลักฐาน​บันทึก​เวลา​การปฏิบัติ​ราชการ​ ​นั้น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/>
          <w:sz w:val="32"/>
          <w:noProof/>
          <w:lang w:val="th-TH"/>
        </w:rPr>
        <w:t>ในการนี้​ ​ข้าพเจ้า​ ​นาย​รา​มิ​ล​ ​ปัญญ​พัทธ์​ ​ตำแหน่ง​ ​ครู​ ​โรงเรียน​พูล​เจริญ​วิทยาคม​ ​ปฏิบัติหน้าที่​ครูผู้สอน​กลุ่ม​สาระ​การเรียนรู้​ภาษาไทย​ ​ขอ​เรียน​ชี้แจง​สาเหตุ​การ​ไม่​ได้​ลงชื่อ​กลับ​การปฏิบัติ​ราชการ​ ​เมื่อ​วัน​พุธ​ที่​ ​14​ ​ตุลาคม​ ​2569​ ​เนื่องจาก​ใน​วัน​ดังกล่าว​ ​ภาย​หลังจาก​ปฏิบัติหน้าที่​การสอน​และ​การ​จัดกิจกรรม​การเรียนรู้​เสร็จสิ้น​ ​ข้าพเจ้า​พบ​ว่า​ยานพาหนะ​ส่วนบุคคล​ ​(​รถจักรยานยนต์​)​ ​เกิดเหตุ​ยาง​รถ​แบน​ ​ไม่​สามารถ​ขับขี่​ได้​ตามปกติ​ ​จึง​ต้อง​รีบ​ประสาน​งานติดต่อ​ร้าน​ซ่อม​ยาง​เพื่อ​นำ​รถ​ไป​แก้ไข​ยาง​โดย​อย่าง​เร่งด่วน​ ​ประกอบ​กับ​เกิด​ความ​เร่งรีบ​และ​กังวลใจ​ ​จึง​ทำให้​หลงลืม​การ​ลงชื่อ​กลับ​การปฏิบัติ​ราชการ​ก่อน​เดินทาง​ออกจาก​โรงเรียน​ ​ทั้งนี้​ ​ข้าพเจ้า​ได้มา​ปฏิบัติ​ราชการ​ตามปกติ​เต็มเวลา​ตลอด​ทั้งวัน​ ​มิได้​มี​เจตนา​หลีกเลี่ยง​การ​ลงชื่อ​กลับ​แต่อย่างใด​ ​และ​จะ​ระมัดระวัง​มิ​ให้​เกิด​เหตุการณ์​หลงลืม​เช่นนี้​อีก​ในอนาคต</w:t>
      </w:r>
    </w:p>
    <w:p>
      <w:pPr>
        <w:spacing w:before="40" w:after="120" w:line="252" w:lineRule="auto"/>
        <w:ind w:firstLine="1417"/>
        <w:jc w:val="left"/>
      </w:pPr>
      <w:r>
        <w:rPr>
          <w:rFonts w:ascii="TH Sarabun New" w:hAnsi="TH Sarabun New"/>
          <w:b w:val="0"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  <w:t>จึง​เรียน​มา​เพื่อ​โปรดทราบ</w:t>
      </w:r>
    </w:p>
    <w:p>
      <w:pPr>
        <w:spacing w:before="120" w:after="0" w:line="240" w:lineRule="auto"/>
      </w:pPr>
      <w:r>
        <w:rPr>
          <w:rFonts w:ascii="TH Sarabun New" w:hAnsi="TH Sarabun New"/>
          <w:b w:val="0"/>
          <w:i w:val="0"/>
          <w:sz w:val="32"/>
          <w:rFonts w:ascii="TH Sarabun New" w:hAnsi="TH Sarabun New" w:cs="TH Sarabun New" w:eastAsia="TH Sarabun New"/>
          <w:noProof/>
          <w:lang w:val="th-TH" w:bidi="th-TH" w:eastAsia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64"/>
        <w:gridCol w:w="4664"/>
      </w:tblGrid>
      <w:tr>
        <w:tc>
          <w:tcPr>
            <w:tcW w:type="dxa" w:w="3685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38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>ลงชื่อ..........................................................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>(นายรามิล ปัญญพัทธ์)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/>
                <w:b w:val="0"/>
                <w:i w:val="0"/>
                <w:sz w:val="32"/>
                <w:rFonts w:ascii="TH Sarabun New" w:hAnsi="TH Sarabun New" w:cs="TH Sarabun New" w:eastAsia="TH Sarabun New"/>
                <w:noProof/>
                <w:lang w:val="th-TH" w:bidi="th-TH" w:eastAsia="th-TH"/>
              </w:rPr>
              <w:t>ตำแหน่ง ครู</w:t>
            </w:r>
          </w:p>
        </w:tc>
      </w:tr>
    </w:tbl>
    <w:sectPr w:rsidR="00FC693F" w:rsidRPr="0006063C" w:rsidSect="00034616">
      <w:pgSz w:w="11906" w:h="16838"/>
      <w:pgMar w:top="1138" w:right="113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