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3489"/>
        <w:gridCol w:w="3489"/>
        <w:gridCol w:w="3489"/>
      </w:tblGrid>
      <w:tr>
        <w:tc>
          <w:tcPr>
            <w:tcW w:type="dxa" w:w="1701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38483" cy="5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Kru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3" cy="5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24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40"/>
                <w:szCs w:val="40"/>
                <w:lang w:val="th-TH" w:bidi="th-TH" w:eastAsia="th-TH"/>
              </w:rPr>
              <w:t>บันทึกข้อความ</w:t>
            </w:r>
          </w:p>
        </w:tc>
        <w:tc>
          <w:tcPr>
            <w:tcW w:type="dxa" w:w="2001"/>
            <w:tcBorders>
              <w:top w:val="none"/>
              <w:left w:val="none"/>
              <w:bottom w:val="none"/>
              <w:right w:val="none"/>
            </w:tcBorders>
          </w:tcPr>
          <w:p/>
        </w:tc>
      </w:tr>
    </w:tbl>
    <w:p>
      <w:pPr>
        <w:spacing w:before="8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 xml:space="preserve">ส่วนราชการ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กลุ่ม​บริหาร​วิชาการ</w:t>
      </w:r>
    </w:p>
    <w:p>
      <w:pPr>
        <w:spacing w:before="0" w:after="2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 xml:space="preserve">ที่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……………………………………………..…..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 xml:space="preserve">          </w:t>
      </w: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 xml:space="preserve">วันที่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15​ ​ตุลาคม​ ​2569</w:t>
      </w:r>
    </w:p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 xml:space="preserve">เรื่อง  </w:t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ขออนุมัติ​ผลการเรียน​ ​"​ร​"</w:t>
      </w:r>
    </w:p>
    <w:p>
      <w:pPr>
        <w:spacing w:before="0" w:after="40" w:line="160" w:lineRule="exact"/>
        <w:pBdr>
          <w:bottom w:val="single" w:sz="6" w:space="1" w:color="000000"/>
        </w:pBdr>
        <w:rPr>
          <w:rFonts w:ascii="TH Sarabun New" w:hAnsi="TH Sarabun New" w:cs="TH Sarabun New" w:eastAsia="TH Sarabun New"/>
          <w:noProof/>
          <w:sz w:val="16"/>
          <w:szCs w:val="16"/>
        </w:rPr>
      </w:pPr>
    </w:p>
    <w:p>
      <w:pPr>
        <w:spacing w:before="20" w:after="4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เรียน​     ​ผู้อำนวยการ​โรงเรียน​พูล​เจริญ​วิทยาคม</w:t>
      </w:r>
    </w:p>
    <w:p>
      <w:pPr>
        <w:spacing w:before="30" w:after="0" w:line="240" w:lineRule="auto"/>
        <w:ind w:firstLine="141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ด้วย​ข้าพเจ้า​ ​นาย​รา​มิ​ล​ ​ปัญญ​พัทธ์​ ​ตำแหน่ง​ ​ครู​ ​วิทยฐานะ​ครู​ชำนาญ​การ​พิเศษ​ ​กลุ่ม​สาระ​การเรียนรู้​ภาษาไทย​ ​ได้​รับมอบหมาย​ให้​จัด​การเรียน​การสอน​  ​ใน​ภาคเรียน​ที่​ ​1​ ​ปีการศึกษา​ ​2569​ ​จำนวน​ ​1​ ​รายวิชา​ ​ซึ่ง​มี​นักเรียน​ที่​ปฏิบัติ​ตามเงื่อนไข​ของ​การเรียน​ยัง​ไม่​ครบถ้วน​ทำให้​ไม่​สามารถ​ตัดสิน​ผลการเรียน​ได้​ ​จำนวน​ ​1​ ​รายวิชา</w:t>
      </w:r>
    </w:p>
    <w:p>
      <w:pPr>
        <w:spacing w:before="20" w:after="0" w:line="240" w:lineRule="auto"/>
        <w:ind w:firstLine="141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เนื่องจาก​   ​☐ ​ขาด​ส่ง​ชิ้นงาน​สำคัญ​ ​จำนวน​ ​………..…​ ​คน​    ​☐ ​ขาดสอบ​กลาง​ภาค​   ​☑ ​ขาดสอบ​ปลาย​ภาค​  ​จำนวน​ ​1​ ​คน</w:t>
      </w:r>
    </w:p>
    <w:p>
      <w:pPr>
        <w:spacing w:before="20" w:after="0" w:line="240" w:lineRule="auto"/>
        <w:ind w:firstLine="141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โดย​มี​รายละเอียด​การขออนุมัติ​ผลการเรียน​   ​“​ร​”​  ​ดังนี้</w:t>
      </w:r>
    </w:p>
    <w:p>
      <w:pPr>
        <w:spacing w:before="20" w:after="0" w:line="240" w:lineRule="auto"/>
        <w:ind w:left="708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รหัส​วิชา​ ​ท​33101​ ​ชื่อ​วิชา​ ​ภาษาไทย​พื้นฐาน​ ​5​ ​ชั้น​ ​ม.​6​ ​นักเรียน​ที่​ขออนุมัติ​ ​“​ร​”​ ​จำนวน​ ​1​ ​คน</w:t>
      </w:r>
    </w:p>
    <w:p>
      <w:pPr>
        <w:spacing w:before="30" w:after="0" w:line="240" w:lineRule="auto"/>
        <w:ind w:firstLine="141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จึง​เรียน​มา​เพื่อ​โปรด​พิจารณา</w:t>
      </w:r>
    </w:p>
    <w:p>
      <w:pPr>
        <w:tabs>
          <w:tab w:pos="10467" w:val="right" w:leader="dot"/>
        </w:tabs>
        <w:spacing w:before="320" w:after="0" w:line="240" w:lineRule="auto"/>
        <w:ind w:left="560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ลงชื่อ</w:t>
      </w:r>
      <w:r>
        <w:tab/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ครูผู้สอน</w:t>
      </w:r>
    </w:p>
    <w:p>
      <w:pPr>
        <w:tabs>
          <w:tab w:pos="7899" w:val="center"/>
        </w:tabs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ab/>
        <w:t>(​ ​นาย​รา​มิ​ล​ ​ปัญญ​พัทธ์​ ​)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CellMar>
          <w:left w:w="0" w:type="dxa"/>
          <w:right w:w="0" w:type="dxa"/>
        </w:tblCellMar>
      </w:tblPr>
      <w:tblGrid>
        <w:gridCol w:w="5233"/>
        <w:gridCol w:w="5233"/>
      </w:tblGrid>
      <w:tr>
        <w:tc>
          <w:tcPr>
            <w:tcW w:type="dxa" w:w="4535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ความเห็น​ของ​หัวหน้ากลุ่ม​สาระ​การเรียนรู้</w:t>
            </w:r>
          </w:p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​☐  ​เห็นควร​ให้​ผลการเรียน​ ​“​ร​”</w:t>
            </w:r>
          </w:p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​☐  ​ไม่​ควร​ให้​ผลการเรียน​ ​“​ร​”​ ​เนื่อง​จา​ก.​................................</w:t>
            </w:r>
          </w:p>
          <w:p>
            <w:pPr>
              <w:spacing w:before="12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ลงชื่อ​…………….........……………..​หัวหน้ากลุ่ม​สาระ​ฯ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 ​นาย​รา​มิ​ล​ ​ปัญญ​พัทธ์​ ​)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ความเห็น​ของ​หัวหน้างาน​วัดผล​โรงเรียน</w:t>
            </w:r>
          </w:p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​☐  ​เห็นควร​ให้​ผลการเรียน​ ​“​ร​”</w:t>
            </w:r>
          </w:p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 xml:space="preserve">  ​☐  ​ไม่​ควร​ให้​ผลการเรียน​ ​“​ร​”​ ​เนื่อง​จา​ก.​.................................</w:t>
            </w:r>
          </w:p>
          <w:p>
            <w:pPr>
              <w:spacing w:before="120"/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ลงชื่อ​……………...........……………….​หัวหน้างาน​วัดผล</w:t>
            </w:r>
          </w:p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(​ ​นาง​จิ​รา​พรรณ​ ​เรือง​พุทธ​ ​)</w:t>
            </w:r>
          </w:p>
        </w:tc>
      </w:tr>
    </w:tbl>
    <w:p>
      <w:pPr>
        <w:spacing w:before="40" w:after="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ความเห็น​รองผู้อำนวยการ​ ​กลุ่ม​บริหาร​วิชาการ</w:t>
      </w:r>
    </w:p>
    <w:p>
      <w:pPr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​☐  ​เห็นควร​อนุมัติ​ตาม​เสนอ​         ​☐  ​ไม่​ควร​อนุมัติ​ตาม​เสนอ​ ​เนื่อง​จา​ก.​..............................................................................</w:t>
      </w:r>
    </w:p>
    <w:p>
      <w:pPr>
        <w:spacing w:before="20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ลงชื่อ​.........................................................................................................</w:t>
      </w:r>
    </w:p>
    <w:p>
      <w:pPr>
        <w:tabs>
          <w:tab w:pos="5464" w:val="center"/>
        </w:tabs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ab/>
        <w:t>(​ ​นาย​สุ​รักษ์​ ​สุทธิ​พิบูลย์​ ​)</w:t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รองผู้อำนวยการ​กลุ่ม​บริหาร​วิชาการ</w:t>
      </w:r>
    </w:p>
    <w:p>
      <w:pPr>
        <w:spacing w:before="40" w:after="0" w:line="240" w:lineRule="auto"/>
        <w:ind w:left="1417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ความเห็น​ผู้อำนวยการ​โรงเรียน​พูล​เจริญ​วิทยาคม</w:t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 xml:space="preserve">  ​☐  ​อนุมัติ​                 ​☐  ​ไม่​อนุมัติ</w:t>
      </w:r>
    </w:p>
    <w:p>
      <w:pPr>
        <w:spacing w:before="20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ลงชื่อ​.........................................................................................................</w:t>
      </w:r>
    </w:p>
    <w:p>
      <w:pPr>
        <w:tabs>
          <w:tab w:pos="5464" w:val="center"/>
        </w:tabs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ab/>
        <w:t>(​ ​นาง​สุภา​พร​ ​รัตน์​น้อย​ ​)</w:t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ผู้อำนวยการ​โรงเรียน​พูล​เจริญ​วิทยาคม</w:t>
      </w:r>
      <w:r>
        <w:br w:type="page"/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รายชื่อ​นักเรียน​ที่​ขออนุมัติ​ผลการเรียน​  ​"​ร​"</w:t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รายวิชา​ ​ภาษาไทย​พื้นฐาน​ ​5​  ​รหัส​วิชา​ ​ท​33101​  ​จำนวน​ ​1.0​ ​หน่วยกิต</w:t>
      </w:r>
    </w:p>
    <w:p>
      <w:pPr>
        <w:spacing w:before="0" w:after="0" w:line="240" w:lineRule="auto"/>
        <w:jc w:val="center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ชั้นมัธยมศึกษา​ปี​ที่​ ​6​  ​ภาคเรียน​ที่​ ​1​  ​ปีการศึกษา​ ​2569​  ​จำนวน​ที่​ขออนุมัติ​ ​“​ร​”​ ​ทั้งสิ้น​ ​1​ ​คน​   ​ดังนี้</w:t>
      </w:r>
    </w:p>
    <w:tbl>
      <w:tblPr>
        <w:tblStyle w:val="TableGrid"/>
        <w:tblW w:type="dxa" w:w="10206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</w:tblPr>
      <w:tblGrid>
        <w:gridCol w:w="567"/>
        <w:gridCol w:w="907"/>
        <w:gridCol w:w="2721"/>
        <w:gridCol w:w="1304"/>
        <w:gridCol w:w="1304"/>
        <w:gridCol w:w="1304"/>
        <w:gridCol w:w="2097"/>
      </w:tblGrid>
      <w:tr>
        <w:tc>
          <w:tcPr>
            <w:tcW w:type="dxa" w:w="567"/>
            <w:vMerge w:val="restart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ที่</w:t>
            </w:r>
          </w:p>
        </w:tc>
        <w:tc>
          <w:tcPr>
            <w:tcW w:type="dxa" w:w="907"/>
            <w:vMerge w:val="restart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ชั้น​/​ ​ห้อง</w:t>
            </w:r>
          </w:p>
        </w:tc>
        <w:tc>
          <w:tcPr>
            <w:tcW w:type="dxa" w:w="2721"/>
            <w:vMerge w:val="restart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ชื่อ​ ​–​ ​สกุล</w:t>
            </w:r>
          </w:p>
        </w:tc>
        <w:tc>
          <w:tcPr>
            <w:tcW w:type="dxa" w:w="1304"/>
            <w:gridSpan w:val="3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สาเหตุ​ที่​ขออนุมัติ​  ​"​ร​"</w:t>
            </w:r>
          </w:p>
        </w:tc>
        <w:tc>
          <w:tcPr>
            <w:tcW w:type="dxa" w:w="2098"/>
            <w:vMerge w:val="restart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ระบุ​รายละเอียด​ชิ้นงาน​สำคัญ​ ​(​กรณี​นักเรียน​ขาด​ส่ง​ชิ้นงาน​)</w:t>
            </w:r>
          </w:p>
        </w:tc>
      </w:tr>
      <w:tr>
        <w:tc>
          <w:tcPr>
            <w:tcW w:type="dxa" w:w="1495"/>
            <w:vMerge/>
          </w:tcPr>
          <w:p/>
        </w:tc>
        <w:tc>
          <w:tcPr>
            <w:tcW w:type="dxa" w:w="1495"/>
            <w:vMerge/>
          </w:tcPr>
          <w:p/>
        </w:tc>
        <w:tc>
          <w:tcPr>
            <w:tcW w:type="dxa" w:w="1495"/>
            <w:vMerge/>
          </w:tcPr>
          <w:p/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ขาดสอบ​ ​กลาง​ภาค</w:t>
            </w:r>
          </w:p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ขาดสอบ​ ​ปลาย​ภาค</w:t>
            </w:r>
          </w:p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/>
                <w:bCs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ขาด​ส่ง​ ​ชิ้นงาน​สำคัญ</w:t>
            </w:r>
          </w:p>
        </w:tc>
        <w:tc>
          <w:tcPr>
            <w:tcW w:type="dxa" w:w="1495"/>
            <w:vMerge/>
          </w:tcPr>
          <w:p/>
        </w:tc>
      </w:tr>
      <w:tr>
        <w:tc>
          <w:tcPr>
            <w:tcW w:type="dxa" w:w="567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1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ม.​6​/2</w:t>
            </w:r>
          </w:p>
        </w:tc>
        <w:tc>
          <w:tcPr>
            <w:tcW w:type="dxa" w:w="2721"/>
          </w:tcPr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นางสาว​สมใจ​ ​ใย​ดี​ ​(22565)</w:t>
            </w:r>
          </w:p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</w:r>
          </w:p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  <w:t>✓</w:t>
            </w:r>
          </w:p>
        </w:tc>
        <w:tc>
          <w:tcPr>
            <w:tcW w:type="dxa" w:w="1304"/>
          </w:tcPr>
          <w:p>
            <w:pPr>
              <w:jc w:val="center"/>
            </w:pPr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</w:r>
          </w:p>
        </w:tc>
        <w:tc>
          <w:tcPr>
            <w:tcW w:type="dxa" w:w="2098"/>
          </w:tcPr>
          <w:p>
            <w:r>
              <w:rPr>
                <w:rFonts w:ascii="TH Sarabun New" w:hAnsi="TH Sarabun New" w:cs="TH Sarabun New" w:eastAsia="TH Sarabun New"/>
                <w:b w:val="0"/>
                <w:bCs w:val="0"/>
                <w:i w:val="0"/>
                <w:iCs w:val="0"/>
                <w:noProof/>
                <w:sz w:val="32"/>
                <w:szCs w:val="32"/>
                <w:lang w:val="th-TH" w:bidi="th-TH" w:eastAsia="th-TH"/>
              </w:rPr>
            </w:r>
          </w:p>
        </w:tc>
      </w:tr>
    </w:tbl>
    <w:p>
      <w:pPr>
        <w:tabs>
          <w:tab w:pos="10467" w:val="right" w:leader="dot"/>
        </w:tabs>
        <w:spacing w:before="320" w:after="0" w:line="240" w:lineRule="auto"/>
        <w:ind w:left="5600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ลงชื่อ</w:t>
      </w:r>
      <w:r>
        <w:tab/>
      </w: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ครูผู้สอน</w:t>
      </w:r>
    </w:p>
    <w:p>
      <w:pPr>
        <w:tabs>
          <w:tab w:pos="7899" w:val="center"/>
        </w:tabs>
        <w:spacing w:before="0" w:after="0" w:line="240" w:lineRule="auto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ab/>
        <w:t>(​ ​นาย​รา​มิ​ล​ ​ปัญญ​พัทธ์​ ​)</w:t>
      </w:r>
    </w:p>
    <w:p>
      <w:pPr>
        <w:spacing w:before="40" w:after="0" w:line="240" w:lineRule="auto"/>
      </w:pPr>
      <w:r>
        <w:rPr>
          <w:rFonts w:ascii="TH Sarabun New" w:hAnsi="TH Sarabun New" w:cs="TH Sarabun New" w:eastAsia="TH Sarabun New"/>
          <w:b/>
          <w:bCs/>
          <w:i w:val="0"/>
          <w:iCs w:val="0"/>
          <w:noProof/>
          <w:sz w:val="32"/>
          <w:szCs w:val="32"/>
          <w:lang w:val="th-TH" w:bidi="th-TH" w:eastAsia="th-TH"/>
        </w:rPr>
        <w:t>หมายเหตุ</w:t>
      </w:r>
    </w:p>
    <w:p>
      <w:pPr>
        <w:spacing w:before="0" w:after="0" w:line="240" w:lineRule="auto"/>
        <w:ind w:left="56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1​.​ ​ชื่อ​-​สกุล​ ​นักเรียน​ให้​เขียน​เรียง​ตาม​ห้อง​และ​เลขที่</w:t>
      </w:r>
    </w:p>
    <w:p>
      <w:pPr>
        <w:spacing w:before="0" w:after="0" w:line="240" w:lineRule="auto"/>
        <w:ind w:left="56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2​.​ ​ให้​ทำเครื่องหมาย​ ​/​ ​ใน​ช่อง​ที่​ตรง​กับ​สาเหตุ​การขออนุมัติ​ผลการเรียน​ ​“​ร​”​ ​ของ​นักเรียน</w:t>
      </w:r>
    </w:p>
    <w:p>
      <w:pPr>
        <w:spacing w:before="0" w:after="0" w:line="240" w:lineRule="auto"/>
        <w:ind w:left="567"/>
      </w:pPr>
      <w:r>
        <w:rPr>
          <w:rFonts w:ascii="TH Sarabun New" w:hAnsi="TH Sarabun New" w:cs="TH Sarabun New" w:eastAsia="TH Sarabun New"/>
          <w:b w:val="0"/>
          <w:bCs w:val="0"/>
          <w:i w:val="0"/>
          <w:iCs w:val="0"/>
          <w:noProof/>
          <w:sz w:val="32"/>
          <w:szCs w:val="32"/>
          <w:lang w:val="th-TH" w:bidi="th-TH" w:eastAsia="th-TH"/>
        </w:rPr>
        <w:t>3​.​ ​กรณี​ที่​ครูผู้สอน​ได้​รับมอบหมาย​ให้​สอน​มากกว่า​ ​1​ ​รายวิชา​ ​ให้​จัดทำ​เอกสาร​แยก​ตาม​จำนวน​รายวิชา​ที่​ได้​รับมอบหมาย</w:t>
      </w:r>
    </w:p>
    <w:sectPr w:rsidR="00FC693F" w:rsidRPr="0006063C" w:rsidSect="00034616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TH Sarabun New" w:hAnsi="TH Sarabun New" w:cs="TH Sarabun New" w:eastAsia="TH Sarabun New"/>
        <w:sz w:val="32"/>
        <w:szCs w:val="32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