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 w:line="40" w:lineRule="exact"/>
        <w:pBdr>
          <w:bottom w:val="single" w:sz="6" w:space="0" w:color="D8D0EC"/>
        </w:pBdr>
      </w:pPr>
    </w:p>
    <w:p>
      <w:pPr>
        <w:keepNext/>
        <w:spacing w:before="240" w:after="80" w:line="276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1A1A2E"/>
          <w:sz w:val="34"/>
          <w:lang w:val="th-TH" w:bidi="th-TH" w:eastAsia="th-TH"/>
        </w:rPr>
        <w:t>แบบ​ข้อตกลง​ใน​การพัฒนา​งาน​ ​(PA)</w:t>
      </w:r>
    </w:p>
    <w:p>
      <w:pPr>
        <w:spacing w:before="60" w:after="60" w:line="283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สำหรับ​ข้าราชการ​ครู​และ​บุคลากร​ทาง​การศึกษา​ ​ตำแหน่ง​ครู​ ​วิทยฐานะ​ครู​ชำนาญ​การ​พิเศษ​ ​(​ทุก​สังกัด​)</w:t>
      </w:r>
    </w:p>
    <w:p>
      <w:pPr>
        <w:spacing w:before="40" w:after="40" w:line="283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ประจำ​ปีงบประมาณ​ ​พ.ศ.​ ​2570</w:t>
      </w:r>
    </w:p>
    <w:p>
      <w:pPr>
        <w:spacing w:before="40" w:after="40" w:line="283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ระหว่าง​วันที่​ ​1​ ​เดือน​ ​ตุลาคม​ ​พ.ศ.​ ​2569​ ​ถึง​วันที่​ ​30​ ​เดือน​ ​กันยายน​ ​พ.ศ.​ ​2570</w:t>
      </w:r>
    </w:p>
    <w:p>
      <w:pPr>
        <w:keepNext/>
        <w:spacing w:before="180" w:after="6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1A1A2E"/>
          <w:sz w:val="32"/>
          <w:lang w:val="th-TH" w:bidi="th-TH" w:eastAsia="th-TH"/>
        </w:rPr>
        <w:t>ผู้จัดทำ​ข้อตกลง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ชื่อ​-​นามสกุล​: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​นาย​รา​มิ​ล​ ​ปัญญ​พัทธ์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ตำแหน่ง​: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​ครู​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วิทยฐานะ​: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​ครู​ชำนาญ​การ​พิเศษ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สถานศึกษา​: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​โรงเรียน​พูล​เจริญ​วิทยาคม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สังกัด​: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​สำนักงานเขต​พื้นที่​การศึกษา​มัธยมศึกษา​สมุทรปราการ</w:t>
      </w:r>
    </w:p>
    <w:p>
      <w:pPr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รับ​เงินเดือน​ใน​อันดับ​ ​ค​ศ.​: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​3​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อัตรา​เงินเดือน​: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​39,440​ ​บาท</w:t>
      </w:r>
    </w:p>
    <w:p>
      <w:pPr>
        <w:keepNext/>
        <w:spacing w:before="180" w:after="6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1A1A2E"/>
          <w:sz w:val="32"/>
          <w:lang w:val="th-TH" w:bidi="th-TH" w:eastAsia="th-TH"/>
        </w:rPr>
        <w:t>ประเภท​ห้องเรียน​ที่​จัด​การเรียนรู้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☑ ​ห้องเรียน​วิชา​สามัญ​หรือ​วิชาพื้นฐาน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☐ ​ห้องเรียน​ปฐมวัย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☐ ​ห้องเรียน​การศึกษา​พิเศษ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☐ ​ห้องเรียน​สาย​วิชาชีพ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☐ ​ห้องเรียน​การศึกษานอกระบบ​ ​/​ ​ตามอัธยาศัย</w:t>
      </w:r>
    </w:p>
    <w:p>
      <w:pPr>
        <w:pageBreakBefore/>
        <w:spacing w:before="60" w:after="60" w:line="283" w:lineRule="auto"/>
        <w:ind w:firstLine="504"/>
        <w:jc w:val="both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ข้าพเจ้า​ขอ​แสดง​เจตจำนง​ใน​การ​จัดทำ​ข้อตกลง​ใน​การพัฒนา​งาน​ ​ตำแหน่ง​ครู​ ​วิทยฐานะ​ครู​ชำนาญ​การ​พิเศษ​ ​ซึ่ง​เป็น​ตำแหน่ง​และ​วิทยฐานะ​ที่​ดำรงอยู่​ใน​ปัจจุบัน​กับ​ผู้อำนวยการ​สถานศึกษา​ ​ไว้​ดังต่อไปนี้</w:t>
      </w:r>
    </w:p>
    <w:p>
      <w:pPr>
        <w:spacing w:before="80" w:after="80" w:line="40" w:lineRule="exact"/>
        <w:pBdr>
          <w:bottom w:val="single" w:sz="6" w:space="0" w:color="D8D0EC"/>
        </w:pBdr>
      </w:pPr>
    </w:p>
    <w:p>
      <w:pPr>
        <w:keepNext/>
        <w:spacing w:before="160" w:after="120" w:line="276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6B4EA8"/>
          <w:sz w:val="36"/>
          <w:lang w:val="th-TH" w:bidi="th-TH" w:eastAsia="th-TH"/>
        </w:rPr>
        <w:t>ส่วน​ที่​ ​1​ ​ข้อตกลง​ใน​การพัฒนา​งาน​ตาม​มาตรฐาน​ตำแหน่ง</w:t>
      </w:r>
    </w:p>
    <w:p>
      <w:pPr>
        <w:keepNext/>
        <w:spacing w:before="240" w:after="8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1A1A2E"/>
          <w:sz w:val="34"/>
          <w:lang w:val="th-TH" w:bidi="th-TH" w:eastAsia="th-TH"/>
        </w:rPr>
        <w:t>1​.​ ​ภาระ​งาน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ข้าพเจ้า​จะ​มี​ภาระ​งาน​เป็นไป​ตามที่​ ​ก.​ค.ศ.​ ​กำหนด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1.1​ ​ชั่วโมง​สอน​ตาม​ตารางสอน​ ​รวม​จำนวน​ ​20​ ​ชั่วโมง​ ​50​ ​นาที​/​สัปดาห์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​ดังนี้</w:t>
      </w:r>
    </w:p>
    <w:p>
      <w:pPr>
        <w:keepNext/>
        <w:spacing w:before="20" w:after="20" w:line="276" w:lineRule="auto"/>
        <w:ind w:hanging="360" w:left="72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–​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กลุ่ม​สาระ​การเรียนรู้​ภาษาไทย​ ​รายวิชา​ ​ท​33101​ ​ภาษาไทย​พื้นฐาน​ ​5​ ​/​ ​ท​33102​ ​ภาษาไทย​พื้นฐาน​ ​6​ ​(​ระดับชั้น​ ​ม.​6​)​ ​จำนวน​ ​17​ ​ชั่วโมง​/​สัปดาห์</w:t>
      </w:r>
    </w:p>
    <w:p>
      <w:pPr>
        <w:keepNext/>
        <w:spacing w:before="20" w:after="20" w:line="276" w:lineRule="auto"/>
        <w:ind w:hanging="360" w:left="72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–​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กลุ่ม​สาระ​การเรียนรู้​ภาษาไทย​ ​รายวิชา​ ​ท​30218​ ​ภาษาไทย​กับ​การผลิต​สื่อ​ร่วมสมัย​ ​2​ ​(​รายวิชา​เพิ่มเติม​ ​ระดับชั้น​ ​ม.​6​)​ ​จำนวน​ ​3​ ​ชั่วโมง​ ​50​ ​นาที​/​สัปดาห์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1.2​ ​งาน​ส่งเสริม​และ​สนับสนุน​การ​จัด​การเรียนรู้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​จำนวน​ ​______​ ​ชั่วโมง​/​สัปดาห์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1.3​ ​งาน​พัฒนา​คุณภาพ​การ​จัด​การศึกษา​ของ​สถานศึกษา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​จำนวน​ ​______​ ​ชั่วโมง​/​สัปดาห์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1.4​ ​งาน​ตอบ​สนองนโยบาย​และ​จุด​เน้น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​จำนวน​ ​______​ ​ชั่วโมง​/​สัปดาห์</w:t>
      </w:r>
    </w:p>
    <w:p>
      <w:pPr>
        <w:keepNext/>
        <w:pageBreakBefore/>
        <w:spacing w:before="160" w:after="12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2​.​ ​งาน​ที่จะ​ปฏิบัติตาม​มาตรฐาน​ตำแหน่ง​ครู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56"/>
        <w:gridCol w:w="2356"/>
        <w:gridCol w:w="2356"/>
        <w:gridCol w:w="2356"/>
      </w:tblGrid>
      <w:tr>
        <w:trPr>
          <w:tblHeader w:val="true"/>
        </w:trPr>
        <w:tc>
          <w:tcPr>
            <w:tcW w:type="dxa" w:w="164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ลักษณะ​งาน​ที่​ปฏิบัติตาม​มาตรฐาน​ตำแหน่ง</w:t>
            </w:r>
          </w:p>
        </w:tc>
        <w:tc>
          <w:tcPr>
            <w:tcW w:type="dxa" w:w="286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งาน​ ​(Tasks)​ ​ที่จะ​ดำเนิน​การพัฒนา​ตาม​ข้อตกลง​ใน​ ​1​ ​รอบ​การประเมิน</w:t>
            </w:r>
          </w:p>
        </w:tc>
        <w:tc>
          <w:tcPr>
            <w:tcW w:type="dxa" w:w="235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ผลลัพธ์​ ​(Outcomes)​ ​ของ​งาน​ตาม​ข้อตกลง​ที่​คาดหวัง​ให้​เกิด​ขึ้นกับ​ผู้เรียน</w:t>
            </w:r>
          </w:p>
        </w:tc>
        <w:tc>
          <w:tcPr>
            <w:tcW w:type="dxa" w:w="256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ตัว​ชี้​วัด​ ​(Indications)​ ​ที่จะ​เกิด​ขึ้นกับ​ผู้เรียน​ ​ที่​แสดงให้เห็น​ถึง​การเปลี่ยนแปลง​ไป​ใน​ทาง​ที่​ดีขึ้น​หรือ​มี​การพัฒนา​มากขึ้น​หรือ​ผลสัมฤทธิ์​สูง​ขึ้น</w:t>
            </w:r>
          </w:p>
        </w:tc>
      </w:tr>
      <w:tr>
        <w:trPr>
          <w:cantSplit w:val="true"/>
        </w:trPr>
        <w:tc>
          <w:tcPr>
            <w:tcW w:type="dxa" w:w="9424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ด้าน​ที่​ ​1​ ​ด้าน​การ​จัด​การเรียนรู้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1.1​ ​การ​สร้าง​และ​หรือ​พัฒนา​หลักสูตร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​ริเริ่ม​ ​พัฒนา​รายวิชา​เพิ่มเติม​ ​ท​30218​ ​ภาษาไทย​กับ​การผลิต​สื่อ​ร่วมสมัย​ ​2​ ​ชั้นมัธยมศึกษา​ปี​ที่​ ​6​ ​(0.5​ ​หน่วยกิต​ ​20​ ​ชั่วโมง​ต่อ​ภาคเรียน​ ​จำนวน​ ​5​ ​หน่วย​การเรียนรู้​)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​พัฒนา​คำอธิบาย​รายวิชา​ ​(​ครอบคลุม​ ​8​ ​ผล​การเรียนรู้​)​ ​โครงสร้าง​รายวิชา​ ​และ​โครง​การสอน​ ​20​ ​สัปดาห์​ ​ให้​สอดคล้อง​กับ​หลักสูตร​ ​บริบท​สถานศึกษา​ ​ผู้เรียน​ ​และ​ท้องถิ่น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​ออกแบบ​กิจกรรม​เพื่อ​แก้ปัญหา​ผู้เรียน​ขาด​โอกาส​ลงมือ​ปฏิบัติ​จริง​ ​โดย​ให้​ผู้เรียน​ลงมือ​ผลิต​สื่อ​สะท้อน​ประเด็น​ทางสังคม​ใน​ท้องถิ่น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​ริเริ่ม​พัฒนา​นวัตกรรม​โมดูล​ ​TypeSafe​ ​Smart​ ​Lesson​ ​Planner​ ​บน​ระบบ​ ​Thai​ ​PW​ ​Hub​ ​(​ฐานข้อมูล​ ​Cloudflare​ ​D​1​)​ ​เพื่อ​สนับสนุน​การ​สร้าง​แผนการ​จัด​การเรียนรู้​ ​(12​ ​ส่วน​)​ ​สำหรับ​รหัส​วิชา​ ​ท​21101​–​ท​33102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​ถ่ายทอด​วิธี​การใช้งาน​ระบบ​ให้​แก่​นางสาว​กมล​วรรณ​ ​สังข์​ทอง​ ​และ​ครู​กลุ่ม​สาระ​การเรียนรู้​ภาษาไทย​ ​จำนวน​ ​14​ ​คน​ ​เป็นรายบุคคล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ป็น​แบบอย่าง​ที่​ดี​และ​ให้คำปรึกษา​แนะนำ​เพื่อน​ครู​เป็นรายบุคคล​ใน​การนำ​ระบบ​ไป​จัดทำ​หลักสูตร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​ผู้เรียน​ได้รับ​การ​แก้ไขปัญหา​และ​พัฒนา​สมรรถนะ​เต็ม​ตาม​ศักยภาพ​ ​ผ่าน​การ​ลงมือ​ปฏิบัติ​จริง​ใน​การผลิต​สื่อ​ที่​สะท้อน​ประเด็น​ทางสังคม​ใน​ท้องถิ่น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​ผู้เรียน​ได้รับ​การ​จัด​การเรียนรู้​ที่​มี​คุณภาพ​และ​ประสิทธิภาพ​สูง​ขึ้น​ ​จาก​การ​ที่​ครูผู้สอน​นำ​นวัตกรรม​ระบบ​ผู้ช่วย​ออกแบบ​หน่วย​การเรียนรู้​ไป​ใช้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​ผู้เรียน​มี​ผลงาน​การผลิต​สื่อ​ที่​สะท้อน​ประเด็น​ทางสังคม​ใน​ท้องถิ่น​ของ​ตนเอง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​ผู้เรียน​ได้รับ​การ​จัด​การเรียนรู้​จาก​ครู​ใน​กลุ่ม​สาระ​การเรียนรู้​ภาษาไทย​ ​จำนวน​ ​14​ ​คน​ ​ซึ่ง​นำ​ระบบ​นวัตกรรม​ไป​ใช้​ออกแบบ​โครง​การสอน​และ​หน่วย​การเรียนรู้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1.2​ ​การ​ออกแบบ​การ​จัด​การเรียนรู้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​ริเริ่ม​ ​คิดค้น​ ​และ​ออกแบบ​การ​จัด​การเรียนรู้​รายวิชา​เพิ่มเติม​ ​ท​30218​ ​ภาษาไทย​กับ​การผลิต​สื่อ​ร่วมสมัย​ ​2​ ​ชั้นมัธยมศึกษา​ปี​ที่​ ​6​ ​เน้น​ผู้เรียน​เป็นสำคัญ​ ​โครงสร้าง​ ​5​ ​หน่วย​การเรียนรู้​ ​รวม​ ​20​ ​ชั่วโมง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​จัดกิจกรรม​การเรียนรู้​เชิงรุก​ ​(Active​ ​Learning​)​ ​ด้วย​สื่อ​การ์ด​เกม​ ​บอร์ด​เกม​ ​และ​กระบวนการ​เก​มิ​ฟิ​เค​ชัน​ ​(Gamification)​ ​เพื่อ​แก้ปัญหา​ผู้เรียน​ที่​ขาดความมั่นใจ​และ​ไม่​กล้า​แสดงออก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​บูรณาการ​เทคโนโลยี​ ​AR​ ​(Augmented​ ​Reality​)​ ​และ​ ​Agentic​ ​AI​ ​เข้ามา​ใช้​ใน​กระบวนการเรียนรู้​อย่าง​ครบวงจร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​นำ​ระบบ​ ​Raminest​ ​มา​ใช้​เป็น​ระบบนิเวศ​การบริหาร​จัดการ​ชั้นเรียน​แบบ​ครบวงจร​ ​(​ใน​รายวิชา​ ​ท​30218​ ​และ​ภาษาไทย​พื้นฐาน​)​ ​เพื่อ​จัดการ​การ​ส่ง​งาน​ ​กิจกรรม​ ​และ​ให้​ผู้เรียน​ติดตาม​ความก้าวหน้า​ได้​ทันที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​ขยายผล​การ​จัด​การเรียนรู้​เพื่อ​เป็น​แบบอย่าง​และ​ให้คำปรึกษา​แก่​เพื่อน​ครู​ ​โดย​เป็น​หัวหน้ากลุ่ม​ ​PLC​ ​(​สมาชิก​ ​5​ ​คน​ ​ดำเนินการ​อย่าง​น้อย​ ​10​ ​ครั้ง​/​ภาคเรียน​)​ ​และ​เป็น​วิทยากร​อบรม​เรื่อง​บอร์ด​เกม​ ​ณ​ ​มหาวิทยาลัยราชภัฏจันทรเกษม​ ​(​ภาคเรียน​ที่​ ​2​/2569)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​ผู้เรียน​มีความรู้​ ​ทักษะ​ ​สมรรถนะ​สำคัญ​ ​และ​คุณลักษณะ​ตาม​หลักสูตร​ ​มี​กระบวนการ​คิด​ ​สามารถ​ค้นพบ​องค์ความรู้​ด้วย​ตนเอง​ ​และ​เกิด​แรงบันดาลใจ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ที่​ขาดความมั่นใจ​ได้รับ​การ​แก้ไขปัญหา​และ​มี​ความกล้า​แสดงออก​ใน​การ​ใช้​ภาษา​มากขึ้น​ผ่าน​กิจกรรม​เชิงรุก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​ผู้เรียน​สามารถ​ติดตาม​ความก้าวหน้า​ใน​การเรียน​ของ​ตนเอง​ได้​ทันที​ผ่าน​ระบบ​ ​Raminest​ ​และ​ได้รับ​การพัฒนา​คุณภาพ​การเรียนรู้​ทางอ้อม​จาก​การ​ขยายผล​และ​ ​PLC​ ​ของ​ครู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​ผู้เรียน​มี​ผลงาน​หรือ​โครงงาน​สื่อ​ที่​สะท้อน​กระบวนการ​คิด​ ​การ​ใช้​ภาษา​ ​และ​การ​บูรณาการ​เทคโนโลยี​ ​(AR,​ ​Agentic​ ​AI​)​ ​ตลอดจน​สามารถ​เผยแพร่​ผลงาน​ได้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​ผู้เรียน​แสดง​ความมั่นใจ​ใน​การ​ใช้​ภาษา​และ​กล้า​แสดงออก​มากขึ้น​ ​สังเกต​ได้​จาก​การ​เข้าร่วม​กิจกรรม​การ์ด​เกม​ ​บอร์ด​เกม​ ​และ​เก​มิ​ฟิ​เค​ชัน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​ผู้เรียน​เข้า​ใช้งาน​ระบบ​ ​Raminest​ ​เพื่อ​ส่ง​งาน​ ​ร่วม​กิจกรรม​ ​และ​ติดตาม​ความก้าวหน้า​ของ​ตนเอง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​ผู้เรียน​ไม่​น้อยกว่า​ร้อยละ​ ​71​ ​มี​ผลสัมฤทธิ์​ทาง​การเรียน​วิชา​ภาษาไทย​ ​ตั้งแต่​ระดับ​ ​2.5​ ​ขึ้นไป</w:t>
            </w:r>
          </w:p>
        </w:tc>
      </w:tr>
      <w:tr>
        <w:trPr/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1.3​ ​การ​จัดกิจกรรม​การเรียนรู้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​ริเริ่ม​ ​คิดค้น​ ​และ​พัฒนา​นวัตกรรม​การ​จัดกิจกรรม​การเรียนรู้​ ​รูปแบบ​เส้นทาง​ภารกิจ​นัก​ผลิต​สื่อ​ ​(Mission​ ​Path​)​ ​จำนวน​ ​5​ ​ขั้นตอน​ ​ใน​รายวิชา​เพิ่มเติม​ ​ท​30218​ ​ภาษาไทย​กับ​การผลิต​สื่อ​ร่วมสมัย​ ​2​ ​ชั้นมัธยมศึกษา​ปี​ที่​ ​6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​จัดกิจกรรม​ขั้น​ที่​ ​1​ ​ปลุก​ความคิด​ด้วย​เกม​การ์ด​ ​เพื่อ​กระตุ้น​ให้​ผู้เรียน​กล้า​แสดงความคิดเห็น​และ​วิเคราะห์​สถานการณ์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​จัดกิจกรรม​ขั้น​ที่​ ​2​ ​สำรวจ​เนื้อหา​ด้วย​ ​AR​ ​(Augmented​ ​Reality​)​ ​เพื่อให้​ผู้เรียน​ศึกษา​ข้อมูล​เชิง​ลึก​และ​ค้นพบ​องค์ความรู้​ด้วย​ตนเอง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​จัดกิจกรรม​ขั้น​ที่​ ​3​ ​วางแผน​การผลิต​ด้วย​บอร์ด​เกม​ ​เพื่อ​จำลอง​ขั้นตอน​การผลิต​และ​ทำงาน​เป็น​ทีม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​จัดกิจกรรม​ขั้น​ที่​ ​4​ ​ผลิต​ชิ้นงาน​จริง​ ​โดย​มี​ ​Agentic​ ​AI​ ​เป็น​ผู้ช่วย​ตรวจทาน​และ​ให้​ข้อเสนอแนะ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​จัดกิจกรรม​ขั้น​ที่​ ​5​ ​นำเสนอ​ ​เผยแพร่​ ​และ​สะท้อน​ผล​ผ่าน​ระบบ​ ​Raminest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​บริหาร​จัดการ​ชั้นเรียน​ตลอด​กระบวนการ​ผ่าน​ระบบ​ ​Raminest​ ​เพื่อ​เช็ก​ชื่อ​ ​ส่ง​งาน​ ​ตรวจ​คะแนน​ ​ตรวจ​ชิ้นงาน​ ​และ​เล่น​เกม​สะสม​แต้ม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​เปิดโอกาส​ให้​ครู​ใน​กลุ่ม​สาระ​การเรียนรู้​ภาษาไทย​เข้า​สังเกต​การสอน​ ​และ​ให้ยืม​ชุด​เกม​ไป​ประยุกต์ใช้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​เผยแพร่​ไฟล์​การ์ด​เกม​ผ่าน​สื่อ​ออนไลน์​ ​สอน​ครู​กลุ่ม​สาระ​การเรียนรู้​อื่น​ออกแบบ​เกม​ ​เป็น​แบบอย่าง​ที่​ดี​ ​และ​ให้คำปรึกษา​แนะนำ​แก่​เพื่อน​ครู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​ผู้เรียน​ได้รับ​การ​แก้ไขปัญหา​ความ​ไม่​มั่นใจ​ใน​การ​วิเคราะห์​โจทย์​ ​มี​กระบวนการ​คิด​ ​สามารถ​ค้นพบ​องค์ความรู้​ด้วย​ตนเอง​ ​ทำงาน​เป็น​ทีม​ ​และ​ผลิต​ชิ้นงาน​ได้​เต็ม​ตาม​ศักยภาพ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​ผู้เรียน​ได้​เรียนรู้​ใน​บรรยากาศ​ที่​สนุกสนาน​ ​เร้าใจ​ ​เกิด​แรงบันดาลใจ​ ​และ​สามารถ​ติดตาม​ความก้าวหน้า​ของ​ตนเอง​ได้​ทันที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​ผู้เรียน​ได้รับ​การ​จัด​การเรียนรู้​ที่​มี​คุณภาพ​สูง​ขึ้น​ ​ซึ่ง​เป็นผล​ทางอ้อม​จาก​การ​ที่​ครู​เป็น​แบบอย่าง​และ​ขยายผล​นวัตกรรม​สู่​เพื่อน​ครู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​ผู้เรียน​กล้า​แสดงความคิดเห็น​ ​ร่วมกัน​ระดมสมอง​ ​และ​วิเคราะห์​สถานการณ์​ผ่าน​การ​ใช้​เกม​การ์ด​และ​บอร์ด​เกม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​ผู้เรียน​มี​ชิ้นงาน​ที่​ผลิต​ขึ้น​จริง​ ​สามารถ​นำเสนอ​ ​เผยแพร่​ ​และ​รับฟัง​ผลสะท้อน​กลับ​เพื่อ​นำ​ไป​ต่อยอด​การเรียนรู้​ได้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​ผู้เรียน​เข้า​ใช้งาน​ระบบ​ ​Raminest​ ​เพื่อ​ส่ง​งาน​ ​ตรวจสอบ​คะแนน​ ​สะสม​แต้ม​ ​และ​ติดตาม​ความก้าวหน้า​ของ​ตนเอง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​ผู้เรียน​ไม่​น้อยกว่า​ร้อยละ​ ​71​ ​มี​ผลสัมฤทธิ์​ทาง​การเรียน​วิชา​ภาษาไทย​ ​ตั้งแต่​ระดับ​ ​2.5​ ​ขึ้นไป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1.4​ ​การ​สร้าง​และ​หรือ​พัฒนา​สื่อ​ ​นวัตกรรม​ ​เทคโนโลยี​ ​และ​แหล่ง​เรียนรู้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​ริเริ่ม​ ​คิดค้น​ ​และ​พัฒนา​สื่อ​ ​นวัตกรรม​ ​เทคโนโลยี​และ​แหล่ง​เรียนรู้​ ​รายวิชา​เพิ่มเติม​ ​ท​30218​ ​ภาษาไทย​กับ​การผลิต​สื่อ​ร่วมสมัย​ ​2​ ​ชั้นมัธยมศึกษา​ปี​ที่​ ​6​ ​ให้​สอดคล้อง​กับ​กิจกรรม​การเรียนรู้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​สร้าง​ชุด​เกม​การ์ด​ ​สำหรับ​ขั้น​ปลุก​ความคิด​ ​เพื่อให้​นักเรียน​วิเคราะห์​โจทย์​ภาษา​และ​ประเด็น​สังคม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​สร้าง​ชุด​บอร์ด​เกม​ ​สำหรับ​ขั้น​วางแผน​การผลิต​สื่อ​ ​เพื่อให้​นักเรียน​เรียนรู้​ขั้นตอน​การทำงาน​และ​ทำงาน​เป็น​ทีม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​สร้าง​สื่อ​ ​AR​ ​(Augmented​ ​Reality​)​ ​สำหรับ​ขั้น​สำรวจ​เนื้อหา​ ​เพื่อให้​นักเรียน​ศึกษา​ข้อมูล​เชิง​ลึก​และ​เชื่อมโยง​บทเรียน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​พัฒนา​ระบบ​ ​Agentic​ ​AI​ ​เพื่อ​เป็น​ผู้ช่วย​อัจฉริยะ​ตรวจทาน​ชิ้นงาน​ ​ให้​ข้อเสนอแนะ​ ​และ​ชี้แนะ​แนวทาง​พัฒนา​ผลงาน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​พัฒนา​ระบบ​ ​Raminest​ ​เพื่อ​เป็น​แหล่ง​เรียนรู้​และ​ระบบนิเวศ​บริหาร​จัดการ​ชั้นเรียน​ ​รวบรวม​สื่อ​ ​คะแนน​ ​ชิ้นงาน​ ​และ​กิจกรรม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​เผยแพร่​ไฟล์​เกม​การ์ด​ผ่าน​สื่อ​ออนไลน์​ ​สนับสนุน​ให้​ครู​ใน​กลุ่ม​สาระ​ฯ​ ​ภาษาไทย​ยืม​ชุด​เกม​ไป​ใช้​ ​และ​สอน​ครู​กลุ่ม​สาระ​ฯ​ ​อื่น​ออกแบบ​เกม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ป็น​แบบอย่าง​ที่​ดี​และ​ให้คำปรึกษา​แนะนำ​แก่​เพื่อน​ครู​ใน​การนำ​สื่อ​และ​นวัตกรรม​ไป​ใช้​จัด​การเรียนรู้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​ผู้เรียน​ได้รับ​การ​แก้ไขปัญหา​การ​ขาดความมั่นใจ​ใน​การ​ใช้​ภาษา​และ​ทักษะ​การ​คิด​วิเคราะห์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​ผู้เรียน​มี​ทักษะ​การ​คิด​ ​เข้าใจ​ขั้นตอน​การทำงาน​ ​ทำงาน​เป็น​ทีม​ ​และ​สร้าง​นวัตกรรม​ได้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สามารถ​เข้าถึง​แหล่ง​เรียนรู้​และ​รับ​ข้อเสนอแนะ​เพื่อ​พัฒนา​ผลงาน​ผ่าน​ระบบ​เทคโนโลยี​ที่​จัดเตรียม​ไว้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แสดง​ความมั่นใจ​ใน​การ​ใช้​ภาษา​และ​ทักษะ​การ​คิด​วิเคราะห์​ผ่าน​การ​ร่วม​กิจกรรม​การเรียนรู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​ผู้เรียน​สามารถ​สร้าง​ชิ้นงาน​หรือ​นวัตกรรม​ ​และ​แสดงให้เห็น​ถึง​กระบวน​การทำงาน​เป็น​ทีม​ได้​สำเร็จ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​ผู้เรียน​ใช้งาน​สื่อ​ ​นวัตกรรม​ ​และ​แหล่ง​เรียนรู้​ ​(​เช่น​ ​สื่อ​ ​AR​,​ ​ระบบ​ ​Agentic​ ​AI​,​ ​ระบบ​ ​Raminest​)​ ​เพื่อ​พัฒนา​ผลงาน​ของ​ตนเอง</w:t>
            </w:r>
          </w:p>
        </w:tc>
      </w:tr>
      <w:tr>
        <w:trPr/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1.5​ ​การ​วัด​และ​ประเมินผล​การ​จัด​การเรียนรู้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​ริเริ่ม​ ​คิดค้น​ ​และ​พัฒนา​รูปแบบ​การ​วัด​และ​ประเมินผล​การเรียนรู้​ตาม​สภาพ​จริง​ที่​หลากหลาย​และ​สอดคล้อง​กับ​มาตรฐาน​การเรียนรู้​ ​สำหรับ​รายวิชา​เพิ่มเติม​ ​รหัส​วิชา​ ​ท​30218​ ​วิชา​ภาษาไทย​กับ​การผลิต​สื่อ​ร่วมสมัย​ ​2​ ​ระดับ​ชั้นมัธยมศึกษา​ปี​ที่​ ​6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​ประเมิน​ชิ้นงาน​สื่อ​ด้วย​เกณฑ์​การ​ให้คะแนน​แบบ​แยก​องค์ประกอบ​ ​(Rubric)​ ​ครอบคลุม​ด้าน​เนื้อหา​ ​การ​ใช้​ภาษา​ ​และ​การ​นำเสนอ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​ประเมิน​ทักษะ​กระบวน​การทำงาน​เป็น​ทีม​ ​โดย​ให้​ผู้เรียน​ ​เพื่อน​ร่วม​กลุ่ม​ ​และ​ครูผู้สอน​ประเมิน​ควบคู่​กัน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​ประเมิน​ความก้าวหน้า​รายบุคคล​ผ่าน​ระบบ​ ​Raminest​ ​เพื่อ​รวบรวม​คะแนน​และ​ชิ้นงาน​ให้​ผู้เรียน​ตรวจสอบ​และ​ทราบ​จุด​พัฒนา​ตนเอง​ได้​ตลอดเวลา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​ประเมินผล​การ​ทดสอบ​ด้วย​ฟีเจอร์​ ​Raminest​ ​Lens​ ​(​เครื่องมือ​ตรวจ​กระดาษ​คำตอบ​ด้วย​โทรศัพท์​)​ ​โดย​ตั้งค่า​ ​Exam​ ​Code​ ​สแกน​กระดาษ​คำตอบ​ ​บันทึกภาพ​เป็น​หลักฐาน​ ​และ​ส่ง​ออกผล​เป็น​ไฟล์​ ​CSV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​ประเมินผล​ผ่าน​ระบบ​ ​Raminest​ ​Voice​ ​เพื่อให้​ผู้เรียน​ประเมิน​ครูผู้สอน​ ​สื่อ​การเรียนรู้​ ​และ​ประเมิน​ตนเอง​ ​เพื่อ​นำ​ข้อมูล​มา​ปรับปรุง​การ​จัด​การเรียนรู้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​นำ​ผล​การ​วัด​และ​ประเมินผล​มา​วิเคราะห์​เป็นรายบุคคล​ ​เพื่อ​แก้ไขปัญหา​และ​ออกแบบ​กิจกรรม​เสริม​ให้​สอดคล้อง​กับ​ผู้เรียน​แต่ละ​กลุ่ม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​เปิดเผย​เกณฑ์​การ​ให้คะแนน​ให้​ผู้เรียน​ทราบ​ล่วงหน้า​อย่าง​โปร่งใส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​แบ่งปัน​เครื่องมือวัด​และ​ประเมินผล​ ​เป็น​แบบอย่าง​ที่​ดี​ ​และ​ให้คำปรึกษา​แนะนำ​แก่​เพื่อน​ครู​ใน​กลุ่ม​สาระ​การเรียนรู้​ภาษาไทย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​ผู้เรียน​ได้รับ​การ​วัด​และ​ประเมินผล​การเรียนรู้​ตาม​สภาพ​จริง​อย่าง​โปร่งใส​ ​ผ่าน​เครื่องมือ​และ​วิธีการ​ที่​หลากหลาย​ ​โดย​รับทราบ​เกณฑ์​การประเมิน​ล่วงหน้า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​ผู้เรียน​รับทราบ​ความก้าวหน้า​และ​จุด​ที่​ควร​พัฒนา​ของ​ตนเอง​ได้​ตลอดเวลา​ผ่าน​ระบบ​ ​Raminest​ ​และ​ได้รับ​การ​แก้ไขปัญหา​หรือ​เสริม​การเรียนรู้​ที่​เหมาะสม​กับ​แต่ละบุคคล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​ผู้เรียน​ได้รับ​การ​จัด​การเรียนรู้​ที่​มี​การปรับปรุง​พัฒนา​อย่าง​ต่อเนื่อง​ ​จาก​ข้อมูล​การประเมิน​สะท้อน​กลับ​ผ่าน​ระบบ​ ​Raminest​ ​Voice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​ผู้เรียน​มี​ผลงาน​หรือ​ชิ้นงาน​สื่อ​ที่​ได้รับ​การประเมิน​ตาม​เกณฑ์​แบบ​แยก​องค์ประกอบ​ ​(Rubric)​ ​ทั้ง​ด้าน​เนื้อหา​ ​การ​ใช้​ภาษา​ ​และ​การ​นำเสนอ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​ผู้เรียน​แสดง​พฤติกรรม​การทำงาน​เป็น​ทีม​ ​และ​มีส่วน​ร่วมใน​การประเมิน​ตนเอง​ ​ประเมิน​เพื่อน​ร่วม​กลุ่ม​ ​ประเมิน​ครูผู้สอน​ ​และ​ประเมิน​สื่อ​การเรียนรู้​ผ่าน​ระบบ​ที่​กำหนด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​ผู้เรียน​เข้า​ตรวจสอบ​คะแนน​และ​ความก้าวหน้า​ของ​ตนเอง​ผ่าน​ระบบ​ ​Raminest​ ​และ​ได้รับ​การพัฒนา​การเรียนรู้​อย่าง​ต่อเนื่อง​ตาม​ผลการวิเคราะห์​รายบุคคล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​ผู้เรียน​ไม่​น้อยกว่า​ร้อยละ​ ​71​ ​มี​ผลสัมฤทธิ์​ทาง​การเรียน​วิชา​ภาษาไทย​ ​ตั้งแต่​ระดับ​ ​2.5​ ​ขึ้นไป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1.6​ ​การศึกษา​ ​วิเคราะห์​ ​สังเคราะห์​ ​เพื่อ​แก้ปัญหา​หรือ​พัฒนา​การเรียนรู้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​ริเริ่ม​ ​คิดค้น​ ​วิเคราะห์​สภาพ​ปัญหา​และ​ผล​การเรียนรู้​ของ​ผู้เรียน​จาก​ข้อมูล​ใน​ระบบ​ ​Raminest​ ​เพื่อ​ระบุ​ประเด็น​ที่​ต้อง​พัฒนา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​ออกแบบ​และ​ทดลอง​ใช้การ​จัด​การเรียนรู้​โดย​ใช้​การ์ด​เกม​และ​บอร์ด​เกม​ ​ร่วมกับ​กิจกรรม​การเรียนรู้​ใน​รายวิชา​ ​ท​30218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​เก็บ​รวบรวม​ข้อมูล​ด้วย​แบบทดสอบ​ก่อน​เรียน​และ​หลัง​เรียน​ ​แบบ​ประเมิน​ทักษะ​การ​คิด​วิเคราะห์​ ​และ​แบบ​สะท้อน​ผล​ผ่าน​ระบบ​ ​Raminest​ ​Voice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​วิเคราะห์​และ​สังเคราะห์​ผล​การ​จัด​การเรียนรู้​ ​เพื่อ​นำมา​ปรับปรุง​กิจกรรม​และ​สื่อ​ให้​เหมาะสม​กับ​ผู้เรียน​แต่ละ​กลุ่ม​ ​และ​ประยุกต์ใช้​ใน​ภาคเรียน​ถัดไป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​ดำเนิน​การวิจัย​ใน​ชั้นเรียน​ให้​แล้วเสร็จ​ภายใน​ภาคเรียน​ที่​ ​2​ ​ปีการศึกษา​ ​2569​ ​(​เตรียม​เครื่องมือ​ ​ต.ค.​ ​2569​,​ ​เก็บ​ข้อมูล​ ​พ​.​ย​.​ ​2569​ ​-​ ​ม.ค.​ ​2570​,​ ​วิเคราะห์​ผล​ ​ก.พ.​ ​2570​ ​และ​จัดทำ​รายงาน​ ​มี​.​ค​.​ ​2570​)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​เผยแพร่​ผลการศึกษา​แก่​ครู​ใน​กลุ่ม​สาระ​การเรียนรู้​ภาษาไทย​ ​นำเสนอ​ใน​เวที​ ​PLC​ ​และ​ให้คำปรึกษา​แนะนำ​แก่​เพื่อน​ครู​ ​เพื่อ​เป็น​แบบอย่าง​ที่​ดี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​นำ​ผลการวิจัย​ไป​ใช้​เป็น​หลักฐาน​ประกอบการ​ยื่น​วิทยฐานะ​ครู​เชี่ยวชาญ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แก้ไขปัญหา​และ​พัฒนา​ทักษะ​การ​คิด​วิเคราะห์​ผ่าน​การ​จัด​การเรียนรู้​โดย​ใช้​การ์ด​เกม​และ​บอร์ด​เก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​ผู้เรียน​มี​ความมั่นใจ​ใน​การ​ใช้​ภาษาไทย​เพิ่มขึ้น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​ผู้เรียน​ได้รับ​การ​จัด​การเรียนรู้​ที่​เหมาะสม​กับ​ตนเอง​ ​โดย​ครู​นำ​ผลการวิเคราะห์​และ​สังเคราะห์​มา​ปรับปรุง​กิจกรรม​และ​สื่อ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​ผู้เรียน​มี​คะแนน​แบบทดสอบ​หลัง​เรียน​สูง​กว่า​ก่อน​เรียน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​ผู้เรียน​มี​พัฒนาการ​ด้าน​ทักษะ​การ​คิด​วิเคราะห์​ ​โดย​ตรวจสอบ​ได้​จาก​แบบ​ประเมิน​ทักษะ​การ​คิด​วิเคราะห์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​ผู้เรียน​แสดงออก​ถึง​ความมั่นใจ​ใน​การ​ใช้​ภาษาไทย​ ​โดย​สังเกต​จาก​ข้อมูล​การ​สะท้อน​ผล​ผ่าน​ระบบ​ ​Raminest​ ​Voice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​ผู้เรียน​ไม่​น้อยกว่า​ร้อยละ​ ​71​ ​มี​ผลสัมฤทธิ์​ทาง​การเรียน​วิชา​ภาษาไทย​ตั้งแต่​ระดับ​ ​2.5​ ​ขึ้นไป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1.7​ ​การ​จัด​บรรยากาศ​ที่​ส่งเสริม​และ​พัฒนา​ผู้เรียน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​ริเริ่ม​ ​คิดค้น​ ​และ​พัฒนาการ​จัด​บรรยากาศ​ที่​เหมาะสม​ ​สอดคล้อง​กับ​ความแตกต่าง​ของ​ผู้เรียน​เป็นรายบุคคล​ ​ใน​รายวิชา​เพิ่มเติม​ ​ท​30218​ ​ภาษาไทย​กับ​การผลิต​สื่อ​ร่วมสมัย​ ​2​ ​ชั้นมัธยมศึกษา​ปี​ที่​ ​6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​จัด​สภาพแวดล้อม​ใน​ห้องเรียน​ ​โดย​จัด​พื้นที่​ปลอดภัย​สำหรับ​การแสดงความคิดเห็น​ ​มุม​กิจกรรม​ ​และ​โซน​การเรียนรู้​ที่​เอื้อ​ให้​ผู้เรียน​เลือก​ปฏิบัติงาน​ตาม​ความถนัด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​นำ​แนวคิด​เก​มิ​ฟิ​เค​ชัน​มา​ใช้​ผ่าน​การ์ด​เกม​และ​บอร์ด​เกม​ ​โดย​ออกแบบ​ระดับ​ความ​ยาก​ให้​พอ​เหมาะกับ​ผู้เรียน​แต่ละ​กลุ่ม​ ​เพื่อ​สร้าง​บรรยากาศ​ที่​สนุกสนาน​และ​ลด​ความตึงเครียด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​จัด​บรรยากาศ​การเรียนรู้​บน​ระบบ​ออนไลน์​ผ่าน​ระบบ​ ​Raminest​ ​เพื่อให้​ผู้เรียน​ติดตาม​ความก้าวหน้า​ ​เห็น​คะแนน​ ​ภาระ​งาน​ ​และ​ร่วม​กิจกรรม​อย่าง​เท่าเทียม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​เปิดโอกาส​ให้​ผู้เรียน​เลือก​หัวข้อ​และ​รูปแบบ​การผลิต​สื่อ​ตาม​ความสนใจ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​เปิด​ห้องเรียน​ให้​ครู​ใน​กลุ่ม​สาระ​การเรียนรู้​ภาษาไทย​เข้า​สังเกต​การสอน​ ​แบ่งปัน​แนวทาง​ให้​ครู​กลุ่ม​สาระ​การเรียนรู้​อื่น​ ​เป็น​แบบอย่าง​ที่​ดี​ ​และ​ให้คำปรึกษา​แนะนำ​แก่​เพื่อน​ครู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​ผู้เรียน​ได้รับ​การ​แก้ไขปัญหา​การเรียนรู้​ ​(​ทั้ง​ผู้​ที่​ไม่​กล้า​แสดงออก​และ​ผู้​ที่​เรียนรู้​ช้า​หรือ​เร็ว​กว่าเพื่อน​)​ ​รวมทั้ง​มี​แรงบันดาลใจ​ใน​การนำ​ความรู้​ไป​ประยุกต์ใช้​ใน​ชีวิตจริง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​ผู้เรียน​ได้รับ​การ​ส่งเสริม​ให้​เกิด​กระบวนการ​คิด​ ​ทักษะ​ชีวิต​ ​ทักษะ​การทำงาน​ ​ทักษะ​การเรียนรู้​และ​นวัตกรรม​ ​ตลอดจน​ทักษะ​ด้าน​สารสนเทศ​ ​สื่อ​ ​และ​เทคโนโลยี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​ผู้เรียน​ได้รับ​การพัฒนา​ผ่าน​บรรยากาศ​การเรียนรู้​ที่​มีประสิทธิภาพ​ ​โดย​มี​ครู​เป็น​แบบอย่าง​และ​แลกเปลี่ยน​เรียนรู้​กับ​เพื่อน​ครู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​ผู้เรียน​แสดงความคิดเห็น​ใน​พื้นที่​ปลอดภัย​ ​เข้าร่วม​กิจกรรม​เกม​ ​และ​เลือก​หัวข้อ​หรือ​รูปแบบ​การผลิต​สื่อ​ตาม​ความสนใจ​ของ​ตนเอง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​ผู้เรียน​เข้า​ใช้งาน​ระบบ​ ​Raminest​ ​เพื่อ​ติดตาม​ความก้าวหน้า​และ​ร่วม​กิจกรรม​การเรียนรู้​อย่าง​เท่าเทียม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​ผู้เรียน​มี​ผลงาน​หรือ​พฤติกรรม​ที่​สะท้อน​ถึง​กระบวนการ​คิด​ ​ทักษะ​ต่าง ๆ​ ​และ​การนำ​ความรู้​ไป​ประยุกต์ใช้​ใน​ชีวิตจริง</w:t>
            </w:r>
          </w:p>
        </w:tc>
      </w:tr>
      <w:tr>
        <w:trPr/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1.8​ ​การอบรม​และ​พัฒนา​คุณลักษณะ​ที่​ดี​ของ​ผู้เรียน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​ริเริ่ม​ ​คิดค้น​ ​และ​พัฒนา​รูปแบบ​การ​จัด​การเรียนรู้​ที่​สอดแทรก​คุณธรรม​ ​จริยธรรม​ ​คุณลักษณะ​อัน​พึงประสงค์​ ​และ​ค่านิยม​ความ​เป็น​ไทย​ ​สำหรับ​รายวิชา​ ​ท​30218​ ​ภาษาไทย​กับ​การผลิต​สื่อ​ร่วมสมัย​ ​2​ ​ชั้นมัธยมศึกษา​ปี​ที่​ ​6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​มอบหมาย​ให้​ผู้เรียน​วิเคราะห์​ผลกระทบ​ของ​สื่อ​ต่อ​สังคม​ ​และ​จัดกิจกรรม​ลงมือ​ปฏิบัติ​จริง​พร้อม​การ​สะท้อน​คิด​ ​(​เช่น​ ​การ​อ้างอิง​แหล่งข้อมูล​ ​การ​ขออนุญาต​ใช้​ผลงาน​ ​มารยาท​ใน​การ​ใช้​สื่อ​ดิจิทัล​)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​จัด​การเรียนรู้​โดย​เคารพ​ความแตกต่าง​ระหว่าง​บุคคล​ ​(​เพศ​ ​ศาสนา​ ​ความเชื่อ​ ​ค่านิยม​)​ ​เพื่อ​สร้าง​ความรู้สึก​ปลอดภัย​และ​สบายใจ​ใน​การเรียนรู้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​นำ​ระบบ​ ​Raminest​ ​มา​ใช้​บันทึก​พฤติกรรม​และ​ติดตาม​พัฒนาการ​ด้าน​คุณลักษณะ​ของ​ผู้เรียน​เป็นรายบุคคล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​ใน​ฐานะ​ครู​ที่ปรึกษา​ชั้นมัธยมศึกษา​ปี​ที่​ ​4​/2​ ​นำ​แพลตฟอร์ม​ห้องเรียน​ที่ปรึกษา​และ​ระบบ​บทเรียน​ออนไลน์​แบบ​เกม​มิ​ฟิ​เค​ชัน​ ​Project​ ​Advisor​ ​มา​ใช้​ดูแล​นักเรียน​ต่อเนื่อง​ ​3​ ​ปี​ ​(6​ ​ภาคเรียน​)​ ​ผ่าน​ ​8​ ​รายวิชา​ ​(​ต้าน​ทุจริต​ ​1​-​6​ ​และ​ ​IS​ ​1​-​2​)​ ​โดย​นำเสนอ​เนื้อหา​เป็น​ด่าน​ ​(​เช่น​ ​ต้าน​ทุจริต​ ​1​ ​จำนวน​ ​20​ ​ด่าน​)​ ​พร้อม​ระบบ​สลับ​ธีม​และ​แด​ช​บอร์ด​ติดตาม​ผล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​แบ่งปัน​แนวทาง​ ​เป็น​แบบอย่าง​ที่​ดี​ ​และ​ให้คำปรึกษา​แนะนำ​แก่​เพื่อน​ครู​ใน​กลุ่ม​สาระ​การเรียนรู้​ภาษาไทย​ใน​การ​สอดแทรก​คุณธรรม​ ​จริยธรรม​ ​และ​ค่านิยม​ความ​เป็น​ไทย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​ผู้เรียน​ได้รับ​การ​แก้ไขปัญหา​การ​ขาด​ความรับผิดชอบ​ ​ส่งผล​ให้​มี​คุณธรรม​ ​จริยธรรม​ ​คุณลักษณะ​อัน​พึงประสงค์​ ​ค่านิยม​ความ​เป็น​ไทย​ที่​ดีงาม​ ​และ​ตระหนักถึง​ผลกระทบ​ของ​การ​ใช้​สื่อ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​ผู้เรียน​ได้รับ​การ​ติดตาม​และ​พัฒนา​คุณลักษณะ​อย่าง​ต่อเนื่อง​เป็นรายบุคคล​ ​ทั้ง​ใน​รายวิชา​เรียน​และ​ใน​ฐานะ​นักเรียน​ใน​ที่ปรึกษา​ ​โดย​สามารถ​รับรู้​พัฒนาการ​ของ​ตนเอง​ได้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​ผู้เรียน​ได้รับ​การ​จัด​การเรียนรู้​ที่​ปลอดภัย​ ​สบายใจ​ ​และ​มี​คุณภาพ​มากยิ่งขึ้น​ ​ผ่าน​การ​ขยายผล​และ​แบ่งปัน​แนวทาง​ปฏิบัติ​ที่​ดี​แก่​คณะ​ครู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​ผู้เรียน​แสดง​พฤติกรรม​ที่​สะท้อน​ถึง​ความรับผิดชอบ​และ​มารยาท​ใน​การ​ใช้​สื่อ​ดิจิทัล​ ​เช่น​ ​การ​อ้างอิง​แหล่งข้อมูล​และ​การ​ขออนุญาต​ใช้​ผลงาน​ของ​ผู้อื่น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​ผู้เรียน​มี​ข้อมูล​บันทึก​พัฒนาการ​ด้าน​คุณลักษณะ​เป็นรายบุคคล​ ​ซึ่ง​สามารถ​สังเกต​การเปลี่ยนแปลง​ได้​ผ่าน​ระบบ​ ​Raminest​ ​และ​แด​ช​บอร์ด​ของ​ระบบ​ ​Project​ ​Advisor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​นักเรียน​ใน​ที่ปรึกษา​ชั้นมัธยมศึกษา​ปี​ที่​ ​4​/2​ ​ได้รับ​การ​ดูแล​และ​พัฒนา​คุณลักษณะ​ผ่าน​ระบบ​ ​Project​ ​Advisor​ ​จำนวน​ ​8​ ​รายวิชา​ ​ตลอด​ระยะเวลา​ ​3​ ​ปี​ ​(6​ ​ภาคเรียน​)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56"/>
        <w:gridCol w:w="2356"/>
        <w:gridCol w:w="2356"/>
        <w:gridCol w:w="2356"/>
      </w:tblGrid>
      <w:tr>
        <w:trPr>
          <w:tblHeader w:val="true"/>
        </w:trPr>
        <w:tc>
          <w:tcPr>
            <w:tcW w:type="dxa" w:w="164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ลักษณะ​งาน​ที่​ปฏิบัติตาม​มาตรฐาน​ตำแหน่ง</w:t>
            </w:r>
          </w:p>
        </w:tc>
        <w:tc>
          <w:tcPr>
            <w:tcW w:type="dxa" w:w="286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งาน​ ​(Tasks)​ ​ที่จะ​ดำเนิน​การพัฒนา​ตาม​ข้อตกลง​ใน​ ​1​ ​รอบ​การประเมิน</w:t>
            </w:r>
          </w:p>
        </w:tc>
        <w:tc>
          <w:tcPr>
            <w:tcW w:type="dxa" w:w="235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ผลลัพธ์​ ​(Outcomes)​ ​ของ​งาน​ตาม​ข้อตกลง​ที่​คาดหวัง​ให้​เกิด​ขึ้นกับ​ผู้เรียน</w:t>
            </w:r>
          </w:p>
        </w:tc>
        <w:tc>
          <w:tcPr>
            <w:tcW w:type="dxa" w:w="256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ตัว​ชี้​วัด​ ​(Indications)​ ​ที่จะ​เกิด​ขึ้นกับ​ผู้เรียน​ ​ที่​แสดงให้เห็น​ถึง​การเปลี่ยนแปลง​ไป​ใน​ทาง​ที่​ดีขึ้น​หรือ​มี​การพัฒนา​มากขึ้น​หรือ​ผลสัมฤทธิ์​สูง​ขึ้น</w:t>
            </w:r>
          </w:p>
        </w:tc>
      </w:tr>
      <w:tr>
        <w:trPr>
          <w:cantSplit w:val="true"/>
        </w:trPr>
        <w:tc>
          <w:tcPr>
            <w:tcW w:type="dxa" w:w="9424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ด้าน​ที่​ ​2​ ​ด้าน​การ​ส่งเสริม​และ​สนับสนุน​การ​จัด​การเรียนรู้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2.1​ ​การ​จัดทำ​ข้อมูล​สารสนเทศ​ของ​ผู้เรียน​และ​รายวิชา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​ริเริ่ม​ ​คิดค้น​ ​และ​พัฒนา​รูปแบบ​การ​จัดทำ​ข้อมูล​สารสนเทศ​ของ​ผู้เรียน​และ​รายวิชา​ ​(​รหัส​วิชา​ ​ท​30218​ ​วิชา​ภาษาไทย​กับ​การผลิต​สื่อ​ร่วมสมัย​ ​2​ ​และ​รายวิชา​ภาษาไทย​พื้นฐาน​ ​ชั้นมัธยมศึกษา​ปี​ที่​ ​6​)​ ​ให้​เป็น​ปัจจุบัน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​จัดทำ​และ​จัดเก็บ​ข้อมูล​สารสนเทศ​ของ​ผู้เรียน​เป็นรายบุคคล​ ​(​ผล​การเรียนรู้​ ​คะแนน​ ​ประวัติการ​ส่ง​งาน​ ​พฤติกรรม​ ​และ​คุณลักษณะ​)​ ​ไว้​ใน​ระบบ​ ​Raminest​ ​อย่าง​เป็นระบบ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​จัดทำ​ข้อมูล​สารสนเทศ​ของ​รายวิชา​ ​(​โครงสร้าง​รายวิชา​ ​ผล​การเรียนรู้​ ​แผนการ​จัด​การเรียนรู้​ ​สื่อ​ ​นวัตกรรม​ ​และ​ผล​การประเมิน​)​ ​เพื่อ​เป็น​ฐานข้อมูล​หลัก​ใน​การ​จัด​การเรียน​การสอน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วิเคราะห์​ข้อมูล​สารสนเทศ​เพื่อ​ระบุ​กลุ่ม​ผู้เรียน​ที่​ต้อง​ได้รับ​การ​ส่งเสริม​หรือ​แก้ไขปัญหา​เป็นรายบุคคล​ ​และ​นำ​ไป​ออกแบบ​กิจกรรม​การเรียนรู้​ให้​สอดคล้อง​กับ​ผู้เรียน​แต่ละ​กลุ่ม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​นำ​ผลการวิเคราะห์​ข้อมูล​สะท้อน​กลับ​จาก​ผู้เรียน​ผ่าน​ระบบ​ ​Raminest​ ​Voice​ ​มา​ปรับปรุง​การ​จัด​การเรียนรู้​และ​การ​ดูแล​ผู้เรียน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​เผยแพร่​ ​แบ่งปัน​ ​เป็น​แบบอย่าง​ที่​ดี​ ​และ​ให้คำปรึกษา​แนะนำ​รูปแบบ​การ​จัดทำ​ข้อมูล​สารสนเทศ​แก่​เพื่อน​ครู​ใน​กลุ่ม​สาระ​การเรียนรู้​ภาษาไทย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​ผู้เรียน​ได้รับ​การ​ส่งเสริม​สนับสนุน​การเรียนรู้​ ​แก้ไขปัญหา​ ​และ​พัฒนา​คุณภาพ​อย่าง​ตรงจุด​ตาม​ความต้องการ​ของ​แต่ละ​กลุ่มเป้าหมาย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​ผู้เรียน​ได้รับ​การ​จัด​การเรียนรู้​และ​การ​ดูแล​ช่วยเหลือ​ที่​มีประสิทธิภาพ​มากยิ่งขึ้น​ ​โดย​นำ​ข้อมูล​สะท้อน​กลับมา​ปรับปรุง​การเรียน​การสอน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​ผู้เรียน​มี​ข้อมูล​สารสนเทศ​รายบุคคล​ใน​ระบบ​ ​Raminest​ ​ที่​เป็น​ปัจจุบัน​และ​สามารถ​ตรวจสอบ​ได้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จัด​การเรียนรู้​ผ่าน​กิจกรรม​ที่​ออกแบบ​ให้​สอดคล้อง​กับ​ความต้องการ​ของ​แต่ละ​กลุ่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​ผู้เรียน​สะท้อน​ข้อมูล​ผ่าน​ระบบ​ ​Raminest​ ​Voice​ ​ซึ่ง​แสดงให้เห็น​ถึง​การนำ​ไป​ปรับปรุง​การ​จัด​การเรียนรู้​และ​การ​ดูแล​ผู้เรียน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2.2​ ​การ​ดำเนิน​การตาม​ระบบ​ดูแล​ช่วยเหลือ​ผู้เรียน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​ดำเนิน​การตาม​ระบบ​ดูแล​ช่วยเหลือ​ผู้เรียน​ ​5​ ​ประการ​ ​ใน​ฐานะ​ครู​ที่ปรึกษา​ชั้นมัธยมศึกษา​ปี​ที่​ ​4​/2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​จัดเก็บ​และ​รวบรวม​ข้อมูล​ผู้เรียน​รายบุคคล​ ​(​ด้าน​การเรียน​ ​พฤติกรรม​ ​สุขภาพ​ ​ครอบครัว​)​ ​ลง​ใน​ระบบ​ ​Raminest​ ​และ​แพลตฟอร์ม​ห้องเรียน​ที่ปรึกษา​ ​Project​ ​Advisor​ ​อย่าง​เป็นระบบ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​วิเคราะห์​ข้อมูล​เพื่อ​คัด​กรอง​และ​จำแนก​กลุ่ม​ผู้เรียน​ ​(​กลุ่ม​ส่งเสริม​ ​กลุ่ม​เฝ้า​ระวัง​ ​กลุ่ม​ช่วยเหลือ​แก้ไขปัญหา​)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​ริเริ่ม​โครงการ​หรือ​จัดกิจกรรม​เชิง​สร้างสรรค์​ด้วย​วิธีการ​ที่​หลากหลาย​ ​เพื่อ​ส่งเสริม​ ​ป้องกัน​ ​สร้าง​ภูมิคุ้มกัน​ ​และ​พัฒนา​ผู้เรียน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​ประสาน​ความร่วมมือ​กับ​ครูผู้สอน​ ​ครู​แนะแนว​ ​และ​ผู้ปกครอง​ ​เพื่อ​กำหนด​แนวทาง​ช่วยเหลือ​ ​แก้ไขปัญหา​ ​และ​ติดตาม​ผล​ผู้เรียน​อย่าง​ต่อเนื่อง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​ประสาน​ส่งต่อ​หน่วยงาน​ภายนอก​หรือ​ผู้เชี่ยวชาญ​ ​กรณี​ปัญหา​เกิน​ขีดความสามารถ​ของ​สถานศึกษา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​แบ่งปัน​แนวทาง​ ​เผยแพร่​แนวปฏิบัติ​ที่​ดี​แก่​ครู​ใน​กลุ่ม​สาระ​การเรียนรู้​ภาษาไทย​ ​เป็น​แบบอย่าง​ที่​ดี​ ​และ​ให้คำปรึกษา​แนะนำ​แก่​ครู​ที่ปรึกษา​ท่าน​อื่น​ใน​การ​ดำเนินงาน​ระบบ​ดูแล​ช่วยเหลือ​ผู้เรียน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​ผู้เรียน​ชั้นมัธยมศึกษา​ปี​ที่​ ​4​/2​ ​ได้รับ​การ​ดูแล​ช่วยเหลือ​ ​ส่งเสริม​ ​ป้องกัน​ ​และ​แก้ไขปัญหา​อย่าง​เหมาะสม​ตาม​ข้อมูล​การ​คัด​กรอง​รายบุคคล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มี​ภูมิคุ้มกัน​และ​ได้รับ​การพัฒนา​อย่าง​เหมาะสม​ผ่าน​โครงการ​และ​กิจกรรม​เชิง​สร้างสรรค์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​ผู้เรียน​ชั้นมัธยมศึกษา​ปี​ที่​ ​4​/2​ ​ได้รับ​การ​ช่วยเหลือ​ ​แก้ไขปัญหา​ ​หรือ​ส่งต่อ​อย่าง​เหมาะสม​ ​โดย​สังเกต​จาก​ผล​การ​ติด​ตามอย่าง​ต่อเนื่อง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​ผู้เรียน​แสดง​พฤติกรรม​ที่​มี​ภูมิคุ้มกัน​และ​มี​พัฒนาการ​ที่​เหมาะสม​ ​จาก​การ​เข้าร่วม​โครงการ​หรือ​กิจกรรม​เชิง​สร้างสรรค์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2.3​ ​การปฏิบัติ​งานวิชาการ​ ​และ​งาน​อื่น​ ​ๆ​ ​ของ​สถานศึกษา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​ปฏิบัติหน้าที่​หัวหน้ากลุ่ม​สาระ​การเรียนรู้​ภาษาไทย​ ​โดย​ริเริ่ม​และ​พัฒนา​การบริหาร​จัดการ​ ​จัดทำ​หลักสูตร​ ​นิเทศ​ภายใน​ ​จัดทำ​แผนการ​จัด​การเรียนรู้​ ​พัฒนา​สื่อ​ ​นวัตกรรม​ ​และ​ส่งเสริม​สมรรถนะ​ครู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​ปฏิบัติหน้าที่​หัวหน้างาน​ประกัน​คุณภาพ​การศึกษา​ ​โดย​ริเริ่ม​และ​พัฒนา​ระบบประกันคุณภาพ​ฯ​ ​และ​พัฒนา​ระบบ​ ​Q-ASSURE​ ​เพื่อ​บริหาร​วงจร​การ​จัดทำ​รายงาน​การประเมิน​ตนเอง​ของ​สถานศึกษา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​ปฏิบัติหน้าที่​ครู​ที่ปรึกษา​ชั้นมัธยมศึกษา​ปี​ที่​ ​4​/2​ ​โดย​ร่วม​ดูแล​นักเรียน​และ​พัฒนา​ระบบ​การ​ดูแล​ช่วยเหลือ​ผู้เรียน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​ปฏิบัติ​งานวิชาการ​อื่น​ ​ๆ​ ​ที่​ได้​รับมอบหมาย​ ​ได้แก่​ ​การ​จัดทำ​และ​ตรวจ​ข้อสอบ​กลาง​ภาค​และ​ปลาย​ภาค​ ​และ​จัดทำ​เอกสาร​ทางวิชาการ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​ถ่ายทอด​ความรู้​ ​ประสบการณ์​ ​เผยแพร่​แนวปฏิบัติ​ที่​ดี​ ​เป็น​แบบอย่าง​ ​และ​ให้คำปรึกษา​แนะนำ​ด้านการบริหาร​จัดการ​กลุ่ม​สาระ​ฯ​ ​และ​งาน​ประกัน​คุณภาพ​การศึกษา​แก่​บุคลากร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​ผู้เรียน​ได้รับ​การ​จัด​การเรียนรู้​ภาษาไทย​ที่​มี​คุณภาพ​ ​ผ่าน​หลักสูตร​ ​สื่อ​ ​และ​ครูผู้สอน​ที่​ได้รับ​การพัฒนา​สมรรถนะ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​ผู้เรียน​ชั้นมัธยมศึกษา​ปี​ที่​ ​4​/2​ ​ได้รับ​การ​ดูแล​ช่วยเหลือ​อย่าง​เหมาะสม​ผ่าน​ระบบ​การ​ดูแล​ช่วยเหลือ​ผู้เรียน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​ผู้เรียน​ได้รับ​การศึกษา​ใน​สถานศึกษา​ที่​มีระบบ​การ​ประกัน​คุณภาพ​ ​(Q-ASSURE)​ ​ซึ่ง​ช่วย​ยกระดับ​คุณภาพ​การศึกษา​อย่าง​ต่อเนื่อง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มีผล​การเรียนรู้​หรือ​ผลงาน​ที่​สะท้อน​ถึง​การ​ได้รับ​การ​จัด​การเรียนรู้​ภาษาไทย​ที่​มี​คุณภาพ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​ผู้เรียน​ชั้นมัธยมศึกษา​ปี​ที่​ ​4​/2​ ​มี​ข้อมูล​การ​ได้รับ​การ​ดูแล​ช่วยเหลือ​ตาม​ระบบ​การ​ดูแล​ช่วยเหลือ​ผู้เรียน​ของ​สถานศึกษา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ผู้เรียน​ได้รับ​การพัฒนา​คุณภาพ​และ​มีผล​การประเมิน​สอดคล้อง​ตาม​มาตรฐาน​การศึกษา​ของ​สถานศึกษา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2.4​ ​การ​ประสาน​ความร่วมมือ​กับ​ผู้ปกครอง​ ​ภาคี​เครือข่าย​ ​และ​หรือ​สถานประกอบการ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​ประสาน​ความร่วมมือ​กับ​ผู้ปกครอง​นักเรียน​ชั้นมัธยมศึกษา​ปี​ที่​ ​4​/2​ ​ผ่าน​การประชุม​ผู้ปกครอง​ ​การเยี่ยม​บ้าน​ ​และ​รายงาน​ผลการเรียน​และ​พฤติกรรม​ผ่าน​ระบบ​ ​Raminest​ ​และ​แพลตฟอร์ม​ห้องเรียน​ที่ปรึกษา​ ​Project​ ​Advisor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​ประสาน​ความร่วมมือ​กับ​มหาวิทยาลัยราชภัฏจันทรเกษม​ ​โดย​เป็น​วิทยากร​อบรม​เชิงปฏิบัติการ​แก่​นักศึกษา​หลักสูตร​ครุศาสตรบัณฑิต​ ​สาขาวิชา​ภาษาไทย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​ประสาน​ความร่วมมือ​กับ​คณะ​ละคร​โอ​เล่​ ​ใน​การ​จัดกิจกรรม​ค่าย​ภาษาไทย​ให้​แก่​ผู้เรียน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​ประสาน​ความร่วมมือ​กับ​หน่วยงาน​และ​สถานประกอบการ​ใน​ชุมชน​ ​เพื่อให้​ผู้เรียน​ศึกษา​จาก​แหล่ง​เรียนรู้​จริง​และ​ประยุกต์ใช้​ทักษะ​การผลิต​สื่อ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​ถ่ายทอด​ ​ขยายผล​ ​และ​ให้คำปรึกษา​แก่​เพื่อน​ครู​ใน​กลุ่ม​สาระ​การเรียนรู้​ภาษาไทย​ ​ตลอดจน​ขยาย​เครือข่าย​ไป​ยัง​ครู​กลุ่ม​สาระ​การเรียนรู้​อื่น​ ​เพื่อ​เป็น​แบบอย่าง​ที่​ดี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​ผู้เรียน​ได้รับ​การ​ดูแล​ช่วยเหลือ​ ​แก้ไขปัญหา​ ​และ​พัฒนา​เป็นรายบุคคล​อย่าง​เป็นระบบ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​ผู้เรียน​เกิด​การเรียนรู้​ภาษาไทย​จาก​ประสบการณ์​จริง​และ​แหล่ง​เรียนรู้​ใน​ชุมชน​ ​ตลอดจน​สามารถ​นำ​ทักษะ​การผลิต​สื่อ​ไป​ใช้ประโยชน์​ต่อ​ชุมชน​ได้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พัฒนา​คุณภาพ​การศึกษา​ทางอ้อม​ผ่าน​เครือข่าย​ความร่วมมือ​ทางวิชาการ​และ​วิชาชีพ​ของ​ครูผู้สอน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​ผู้เรียน​ได้รับ​การ​ติดตาม​ผลการเรียน​และ​พฤติกรรม​ผ่าน​ระบบ​ ​Raminest​ ​และ​แพลตฟอร์ม​ ​Project​ ​Advisor​ ​เพื่อ​นำไปสู่​การ​แก้ไขปัญหา​อย่าง​เป็น​รูปธรรม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​ผู้เรียน​มีส่วน​ร่วมใน​กิจกรรม​ค่าย​ภาษาไทย​และ​แหล่ง​เรียนรู้​ใน​ชุมชน​ ​โดย​แสดงออก​ถึง​การเรียนรู้​จาก​ประสบการณ์​จริง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​ผลงาน​หรือ​ร่องรอย​การนำ​ทักษะ​การผลิต​สื่อ​ไป​ประยุกต์ใช้​ให้​เกิด​ประโยชน์​ต่อ​ชุมชน​ ​ซึ่ง​สามารถ​สังเกต​หรือ​ตรวจสอบ​ได้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56"/>
        <w:gridCol w:w="2356"/>
        <w:gridCol w:w="2356"/>
        <w:gridCol w:w="2356"/>
      </w:tblGrid>
      <w:tr>
        <w:trPr>
          <w:tblHeader w:val="true"/>
        </w:trPr>
        <w:tc>
          <w:tcPr>
            <w:tcW w:type="dxa" w:w="164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ลักษณะ​งาน​ที่​ปฏิบัติตาม​มาตรฐาน​ตำแหน่ง</w:t>
            </w:r>
          </w:p>
        </w:tc>
        <w:tc>
          <w:tcPr>
            <w:tcW w:type="dxa" w:w="286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งาน​ ​(Tasks)​ ​ที่จะ​ดำเนิน​การพัฒนา​ตาม​ข้อตกลง​ใน​ ​1​ ​รอบ​การประเมิน</w:t>
            </w:r>
          </w:p>
        </w:tc>
        <w:tc>
          <w:tcPr>
            <w:tcW w:type="dxa" w:w="235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ผลลัพธ์​ ​(Outcomes)​ ​ของ​งาน​ตาม​ข้อตกลง​ที่​คาดหวัง​ให้​เกิด​ขึ้นกับ​ผู้เรียน</w:t>
            </w:r>
          </w:p>
        </w:tc>
        <w:tc>
          <w:tcPr>
            <w:tcW w:type="dxa" w:w="256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ตัว​ชี้​วัด​ ​(Indications)​ ​ที่จะ​เกิด​ขึ้นกับ​ผู้เรียน​ ​ที่​แสดงให้เห็น​ถึง​การเปลี่ยนแปลง​ไป​ใน​ทาง​ที่​ดีขึ้น​หรือ​มี​การพัฒนา​มากขึ้น​หรือ​ผลสัมฤทธิ์​สูง​ขึ้น</w:t>
            </w:r>
          </w:p>
        </w:tc>
      </w:tr>
      <w:tr>
        <w:trPr>
          <w:cantSplit w:val="true"/>
        </w:trPr>
        <w:tc>
          <w:tcPr>
            <w:tcW w:type="dxa" w:w="9424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lang w:val="th-TH" w:bidi="th-TH" w:eastAsia="th-TH"/>
              </w:rPr>
              <w:t>ด้าน​ที่​ ​3​ ​ด้าน​การพัฒนา​ตนเอง​และ​วิชาชีพ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3.1​ ​การพัฒนา​ตนเอง​อย่าง​เป็นระบบ​และ​ต่อเนื่อง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​วางแผน​การพัฒนา​ตนเอง​อย่าง​เป็นระบบ​ ​ตั้งแต่​การ​วิเคราะห์​ความต้องการ​จำเป็น​ ​การ​เข้า​รับ​การพัฒนา​ ​การนำ​ไป​ประยุกต์ใช้​ ​และ​การประเมินผล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ข้า​รับ​การอบรม​และ​ศึกษา​ด้วย​ตนเอง​เพื่อ​พัฒนา​ทักษะ​ด้าน​ปัญญาประดิษฐ์​และ​เทคโนโลยี​เพื่อ​การศึกษา​ ​ได้แก่​ ​หลักสูตร​ ​Google​ ​AI​ ​Essentials​,​ ​Google​ ​Prompting​ ​Essentials​,​ ​Chula​ ​AI-​10​ ​และ​ ​Prompt​ ​Engineering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​พัฒนา​ทักษะ​การ​ใช้​ภาษาไทย​ให้​เหมาะสม​กับ​บริบท​ทางวิชาการ​ ​และ​ภาษาอังกฤษ​เพื่อ​การสื่อสาร​ ​การ​อ่าน​เอกสาร​วิชาการ​ ​และ​การ​แลกเปลี่ยน​เรียนรู้​กับ​เครือข่าย​ทาง​วิชาชีพ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​ศึกษา​ค้นคว้า​เนื้อหาวิชา​ภาษาไทย​ ​วิธี​การสอน​ใหม่​ ​ๆ​ ​เข้าร่วม​การอบรม​ทาง​วิชาชีพ​ ​และ​เข้าร่วม​ชุมชน​การเรียน​รู้ทาง​วิชาชีพ​ ​(PLC)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นำ​ความรู้​และ​ทักษะ​จาก​การพัฒนา​ตนเอง​ไป​ประยุกต์ใช้​ใน​การ​จัด​การเรียนรู้​และ​พัฒนา​สื่อ​นวัตกรร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​ขยายผล​โดย​ถ่ายทอด​ความรู้​แก่​ครู​ใน​กลุ่ม​สาระ​การเรียนรู้​ภาษาไทย​ ​เปิดโอกาส​ให้​ครู​ร่วม​เรียนรู้​การ​ใช้​เทคโนโลยี​ปัญญาประดิษฐ์​ ​เป็น​แบบอย่าง​ที่​ดี​ ​และ​ให้คำปรึกษา​แนะนำ​แก่​เพื่อน​ครู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จัด​การเรียนรู้​ที่​มี​คุณภาพ​สูง​ขึ้น​ผ่าน​สื่อ​นวัตกรรม​และ​เทคโนโลยี​ปัญญาประดิษฐ์​ที่​ครู​นำมา​ประยุกต์ใช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​ผู้เรียน​ได้รับ​การพัฒนา​การเรียนรู้​อย่าง​มีประสิทธิภาพ​จาก​วิธี​การสอน​ใหม่​ ​ๆ​ ​ที่​ครู​นำมาใช้​จาก​การพัฒนา​ตนเอง​และ​ชุมชน​การเรียน​รู้ทาง​วิชาชีพ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​ผู้เรียน​ได้รับ​การ​ยกระดับ​คุณภาพ​การเรียนรู้​ให้​สูง​ขึ้น​ ​โดย​สังเกต​ได้​จาก​ผล​การ​จัดกิจกรรม​การเรียนรู้​ด้วย​สื่อ​นวัตกรรม​และ​เทคโนโลยี​ที่​ครู​พัฒนา​ขึ้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​ผู้เรียน​มีส่วนร่วม​และ​ได้รับ​การ​จัด​การเรียนรู้​ที่​เหมาะสม​ผ่าน​วิธี​การสอน​ใหม่​ ​ๆ​ ​ที่​ครู​นำมา​ประยุกต์ใช้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3.2​ ​การ​มีส่วน​ร่วมใน​การ​แลกเปลี่ยน​เรียน​รู้ทาง​วิชาชีพ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​ปฏิบัติหน้าที่​หัวหน้ากลุ่ม​ชุมชน​การเรียน​รู้ทาง​วิชาชีพ​ ​(PLC)​ ​หัวข้อ​การ​ใช้​การ์ด​เกม​เพื่อ​การ​จัด​การเรียนรู้​ ​โดย​มี​สมาชิก​ร่วม​กลุ่ม​ ​5​ ​คน​ ​และ​ดำเนินการ​อย่าง​น้อย​ ​10​ ​ครั้ง​ต่อ​ภาคเรียน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​แสดงบทบาท​ผู้นำ​โดย​การวางแผน​ ​กำหนด​ปฏิทิน​การประชุม​ ​และ​กำกับ​ติดตาม​การ​ดำเนินงาน​ของ​กลุ่ม​อย่าง​เป็นระบบ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​นำ​ปัญหา​จาก​ชั้นเรียน​มา​วิเคราะห์​ร่วมกับ​สมาชิก​เพื่อ​ออกแบบ​ ​พัฒนา​นวัตกรรม​ ​นำ​ไป​ทดลองใช้​จริง​ ​และ​ร่วม​สะท้อน​ผล​เพื่อ​นำ​ข้อ​ค้นพบ​มา​ปรับปรุง​การ​จัด​การเรียนรู้​ของ​ตนเอง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สรุป​และ​เผยแพร่​ผล​การ​แลกเปลี่ยน​เรียนรู้​ให้​แก่​ครู​ใน​กลุ่ม​สาระ​การเรียนรู้​ภาษาไทย​และ​ขยายผล​ไป​ยัง​ครู​กลุ่ม​สาระ​การเรียนรู้​อื่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​ถ่ายทอด​แนว​ทางการ​ดำเนินงาน​กลุ่ม​ชุมชน​การเรียน​รู้ทาง​วิชาชีพ​ ​เป็น​แบบอย่าง​ที่​ดี​ ​และ​ให้คำปรึกษา​แนะนำ​แก่​เพื่อน​ครู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แก้ไขปัญหา​และ​พัฒนา​การเรียนรู้​ผ่าน​นวัตกรรม​การ​จัด​การเรียนรู้​ด้วย​การ์ด​เกม​ที่​ได้​จาก​กระบวนการ​ ​PLC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จัด​การเรียนรู้​ที่​มี​คุณภาพ​และ​ประสิทธิภาพ​มากขึ้น​จาก​การ​ที่​ครู​นำ​ข้อ​ค้นพบ​มา​ปรับปรุง​การสอน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ได้รับ​การ​แก้ไขปัญหา​การเรียนรู้​จาก​การ​ทดลองใช้​นวัตกรรม​การ์ด​เกม​จริง​ใน​ชั้นเรียน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ผู้เรียน​มี​การเปลี่ยนแปลง​พฤติกรรม​การเรียนรู้​ไป​ใน​ทาง​ที่​ดีขึ้น​จาก​การ​จัด​การเรียนรู้​ที่​ได้รับ​การปรับปรุง​ผ่าน​กระบวนการ​ ​PLC</w:t>
            </w:r>
          </w:p>
        </w:tc>
      </w:tr>
      <w:tr>
        <w:trPr>
          <w:cantSplit w:val="true"/>
        </w:trPr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3.3​ ​การนำ​ความรู้​ ​ความสามารถ​ ​ทักษะ​ที่​ได้​จาก​การพัฒนา​ตนเอง​และ​วิชาชีพ​มา​ใช้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นำ​ความรู้​ด้าน​ปัญญาประดิษฐ์​และ​เทคโนโลยี​ดิจิทัล​เพื่อ​การศึกษา​มา​ออกแบบ​กิจกรรม​และ​พัฒนา​สื่อ​การเรียนรู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​ใช้​ระบบ​ ​Raminest​ ​บริหาร​จัดการ​ชั้นเรียน​,​ ​Raminest​ ​Lens​ ​ตรวจ​กระดาษ​คำตอบ​,​ ​Raminest​ ​Voice​ ​รับฟัง​เสียงสะท้อน​ ​และ​ ​Project​ ​Advisor​ ​ดูแล​ผู้เรียน​อย่าง​ต่อเนื่อง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​แก้ไขปัญหา​และ​พัฒนา​ผู้เรียน​เป็นรายบุคคล​ ​ส่งเสริม​ทักษะ​การ​คิด​วิเคราะห์​ ​ความมั่นใจ​ใน​การ​ใช้​ภาษา​ ​และ​ปลูกฝัง​คุณธรรม​จริยธรรม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​นำ​ผล​จาก​การ​ใช้​การ์ด​เกม​และ​บอร์ด​เกม​มา​ต่อยอด​เป็น​นวัตกรรม​เพื่อ​การเรียนรู้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​นำ​ความรู้​มา​ปรับปรุง​ระบบ​งาน​ประกัน​คุณภาพ​ของ​สถานศึกษา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​เป็น​วิทยากร​อบรม​เรื่อง​บอร์ด​เกม​แก่​นักศึกษา​หลักสูตร​ครุศาสตรบัณฑิต​ ​สาขาวิชา​ภาษาไทย​ ​ณ​ ​มหาวิทยาลัยราชภัฏจันทรเกษม</w:t>
            </w:r>
          </w:p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-​ ​เผยแพร่​ไฟล์​การ์ด​เกม​ผ่าน​สื่อ​ออนไลน์​ ​ถ่ายทอด​ความรู้​ ​เป็น​แบบอย่าง​ที่​ดี​ ​และ​ให้คำปรึกษา​แก่​ครู​และ​ผู้​สนใจ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ได้รับ​การ​ดูแล​และ​พัฒนา​เป็นรายบุคคล​อย่าง​ต่อเนื่อง​ผ่าน​เทคโนโลยี​ดิจิทัล​และ​แพลตฟอร์ม​ห้องเรียน​ที่ปรึกษา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​ผู้เรียน​ได้รับ​การพัฒนา​ทักษะ​การ​คิด​วิเคราะห์​ ​มี​ความมั่นใจ​ใน​การ​ใช้​ภาษา​ ​และ​มี​คุณธรรม​จริยธรรม​ผ่าน​นวัตกรรม​การเรียนรู้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ผู้เรียน​ได้รับ​การ​จัด​การเรียนรู้​ที่​มี​คุณภาพ​ยิ่งขึ้น​จาก​ผล​ทางอ้อม​ของ​การปรับปรุง​ระบบ​งาน​ประกัน​คุณภาพ​และ​การ​ขยายผล​นวัตกรรม​ของ​ครู</w:t>
            </w:r>
          </w:p>
        </w:tc>
        <w:tc>
          <w:tcPr>
            <w:tcW w:type="dxa" w:w="235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widowControl w:val="1"/>
              <w:spacing w:before="0" w:after="0" w:line="240" w:lineRule="auto"/>
              <w:ind w:left="283" w:hanging="283"/>
              <w:jc w:val="left"/>
            </w:pPr>
            <w:r/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1​.​ ​ผู้เรียน​แสดงออก​ถึง​ทักษะ​การ​คิด​วิเคราะห์​ ​ความมั่นใจ​ใน​การ​ใช้​ภาษา​ ​และ​มี​คุณธรรม​จริยธรรม​ที่​สามารถ​สังเกต​ได้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2​.​ ​ผู้เรียน​ได้รับ​การ​ดูแล​ช่วยเหลือ​และ​แก้ไขปัญหา​เป็นรายบุคคล​ ​โดย​มี​ข้อมูล​เสียงสะท้อน​ผ่าน​ระบบ​เทคโนโลยี​ดิจิทัล</w:t>
            </w:r>
          </w:p>
          <w:p>
            <w:pPr>
              <w:widowControl w:val="1"/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lang w:val="th-TH" w:bidi="th-TH" w:eastAsia="th-TH"/>
              </w:rPr>
              <w:t>3​.​ ​ผู้เรียน​ได้​เรียนรู้​ผ่าน​สื่อ​ ​นวัตกรรม​ ​และ​การ​จัด​การเรียนรู้​ที่​ได้รับ​การพัฒนา​ให้​มีประสิทธิภาพ​ยิ่งขึ้น</w:t>
            </w:r>
          </w:p>
        </w:tc>
      </w:tr>
    </w:tbl>
    <w:p/>
    <w:p>
      <w:pPr>
        <w:keepNext/>
        <w:pageBreakBefore/>
        <w:spacing w:before="160" w:after="120" w:line="276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6B4EA8"/>
          <w:sz w:val="36"/>
          <w:lang w:val="th-TH" w:bidi="th-TH" w:eastAsia="th-TH"/>
        </w:rPr>
        <w:t>ส่วน​ที่​ ​2​ ​ข้อตกลง​ใน​การพัฒนา​งาน​ที่​เป็น​ประเด็น​ท้าทาย​ใน​การพัฒนา​ผลลัพธ์​การเรียนรู้​ของ​ผู้เรียน</w:t>
      </w:r>
    </w:p>
    <w:p>
      <w:pPr>
        <w:spacing w:before="60" w:after="60" w:line="283" w:lineRule="auto"/>
        <w:ind w:firstLine="504"/>
        <w:jc w:val="both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ประเด็น​ที่​ท้าทาย​ใน​การพัฒนา​ผลลัพธ์​การเรียนรู้​ของ​ผู้เรียน​ ​ของ​ผู้จัดทำ​ข้อตกลง​ ​ซึ่ง​ปัจจุบัน​ดำรงตำแหน่ง​ครู​ ​วิทยฐานะ​ครู​ชำนาญ​การ​พิเศษ​ ​ต้อง​แสดงให้เห็น​ถึง​ระดับ​การปฏิบัติ​ที่​คาดหวัง​ของ​วิทยฐานะ​ชำนาญ​การ​พิเศษ​ ​คือ​ ​การ​ริเริ่ม​ ​พัฒนา​ ​การ​จัด​การเรียนรู้​และ​พัฒนา​คุณภาพ​การเรียนรู้​ของ​ผู้เรียน​ ​ให้​เกิด​การเปลี่ยนแปลง​ไป​ใน​ทาง​ที่​ดีขึ้น​หรือ​มี​การพัฒนา​มากขึ้น​ ​ทั้งนี้​ ​ประเด็น​ท้าทาย​อาจจะ​แสดงให้เห็น​ถึง​ระดับ​การปฏิบัติ​ที่​คาดหวัง​ใน​วิทยฐานะ​ที่สูง​กว่า​ได้</w:t>
      </w:r>
    </w:p>
    <w:p>
      <w:pPr>
        <w:keepNext/>
        <w:spacing w:before="240" w:after="8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1A1A2E"/>
          <w:sz w:val="34"/>
          <w:lang w:val="th-TH" w:bidi="th-TH" w:eastAsia="th-TH"/>
        </w:rPr>
        <w:t>ประเด็น​ท้าทาย​ที่​ ​1</w:t>
      </w:r>
    </w:p>
    <w:p>
      <w:pPr>
        <w:spacing w:before="60" w:after="60" w:line="283" w:lineRule="auto"/>
        <w:ind w:firstLine="504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ประเด็น​ท้าทาย​ ​เรื่อง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การพัฒนา​ผลสัมฤทธิ์​ทาง​การเรียน​และ​ความรับผิดชอบ​ใน​การเรียนรู้​ของ​ผู้เรียน​ด้วย​ระบบนิเวศ​การเรียนรู้​ ​Raminest​ ​ใน​รายวิชา​ภาษาไทย​ ​ระดับ​ชั้นมัธยมศึกษา​ปี​ที่​ ​6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1​.​ ​สภาพ​ปัญหา​ของ​ผู้เรียน​และ​การ​จัด​การเรียนรู้</w:t>
      </w:r>
    </w:p>
    <w:p>
      <w:pPr>
        <w:spacing w:before="60" w:after="60" w:line="283" w:lineRule="auto"/>
        <w:ind w:firstLine="504"/>
        <w:jc w:val="both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จาก​การ​จัด​การเรียนรู้​รายวิชา​ภาษาไทย​ที่ผ่านมา​ ​ข้าพเจ้า​พบ​ว่า​ ​ผู้เรียน​จำนวน​หนึ่ง​มีปัญหา​ใน​การ​ติดตาม​ความก้าวหน้า​ทาง​การเรียน​ของ​ตนเอง​ ​ไม่​ทราบ​ผล​คะแนน​และ​ภาระ​งาน​ที่​ค้าง​ส่ง​ ​ส่งผล​ให้​ความรับผิดชอบ​ต่อ​การเรียนรู้​ลดลง​ ​นอกจากนี้​ผู้เรียน​ยัง​ขาดความมั่นใจ​ใน​การ​ใช้​ภาษา​และ​ไม่​กล้า​แสดงความคิดเห็น​ใน​ชั้นเรียน​ ​ในขณะเดียวกัน​ ​ข้าพเจ้า​ต้อง​ใช้เวลา​จำนวนมาก​ใน​การ​ตรวจ​ภาระ​งาน​ ​บันทึก​คะแนน​ ​และ​ติดตาม​การ​ส่ง​งาน​ของ​ผู้เรียน​เป็นรายบุคคล​ ​ส่งผล​ให้​เหลือ​เวลา​ใน​การ​ออกแบบ​กิจกรรม​การเรียนรู้​ที่​เน้น​ผู้เรียน​เป็นสำคัญ​น้อยลง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2​.​ ​วิธีการ​ดำเนินการ​ให้​บรรลุผล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ข้าพเจ้า​จะ​ใช้​กระบวนการ​ ​PDCA​ ​เป็น​กรอบ​แนว​ทางใน​การ​ดำเนินการ​ ​ดังนี้</w:t>
      </w:r>
    </w:p>
    <w:p>
      <w:pPr>
        <w:keepNext/>
        <w:spacing w:before="140" w:after="6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P​ ​-​ ​Plan​ ​(​การวางแผน​)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1​.​ ​ศึกษา​สภาพ​ปัญหา​และ​วิเคราะห์​ข้อมูล​ผล​การเรียนรู้​ของ​ผู้เรียน​เป็นรายบุคคล​ ​จาก​ระบบ​ฐานข้อมูล​ของ​สถานศึกษา​และ​ผลการเรียน​ที่ผ่านมา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2​.​ ​ออกแบบ​แนวทาง​การบริหาร​จัดการ​ชั้นเรียน​โดย​ใช้​ระบบ​ ​Raminest​ ​เป็น​ระบบนิเวศ​การเรียนรู้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3​.​ ​จัดทำ​แผนการ​จัด​การเรียนรู้​ที่​มี​การนำ​ระบบ​ ​Raminest​ ​มา​บูรณาการ​เข้ากับ​กิจกรรม​การเรียนรู้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4​.​ ​เตรียม​เครื่องมือ​สำหรับ​เก็บ​รวบรวม​ข้อมูล​ผล​การเรียนรู้​และ​ความพึงพอใจ​ของ​ผู้เรียน</w:t>
      </w:r>
    </w:p>
    <w:p>
      <w:pPr>
        <w:keepNext/>
        <w:spacing w:before="140" w:after="6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D​ ​-​ ​Do​ ​(​การปฏิบัติ​)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5​.​ ​นำ​ระบบ​ ​Raminest​ ​มา​ใช้​ใน​การ​ตรวจสอบ​การ​เข้าเรียน​ ​การ​ส่ง​งาน​ ​การ​ตรวจงาน​ ​การ​แจ้ง​คะแนน​ ​และ​การ​จัดกิจกรรม​การเรียนรู้​แบบ​เก​มิ​ฟิ​เค​ชัน​กับ​ผู้เรียน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6​.​ ​ใช้​ ​Raminest​ ​Lens​ ​ใน​การ​ตรวจ​กระดาษ​คำตอบ​เพื่อ​ให้ได้​ผลลัพธ์​ที่​รวดเร็ว​และ​แม่นยำ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7​.​ ​จัดกิจกรรม​การเรียนรู้​ที่​เปิดโอกาส​ให้​ผู้เรียน​สามารถ​ติดตาม​ความก้าวหน้า​ของ​ตนเอง​ได้​ตลอดเวลา</w:t>
      </w:r>
    </w:p>
    <w:p>
      <w:pPr>
        <w:keepNext/>
        <w:spacing w:before="140" w:after="6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C​ ​-​ ​Check​ ​(​การ​ตรวจสอบ​)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8​.​ ​เปรียบเทียบ​ผลสัมฤทธิ์​ทาง​การเรียน​ก่อน​และ​หลัง​การ​ใช้​ระบบ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9​.​ ​ตรวจสอบ​อัตรา​การ​ส่ง​งาน​ตรง​ตามกำหนด​เวลา​และ​ความรับผิดชอบ​ต่อ​การเรียนรู้​ของ​ผู้เรียน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10​.​ ​เก็บ​รวบรวม​เสียงสะท้อน​จาก​ผู้เรียน​ผ่าน​ระบบ​ ​Raminest​ ​Voice</w:t>
      </w:r>
    </w:p>
    <w:p>
      <w:pPr>
        <w:keepNext/>
        <w:spacing w:before="140" w:after="6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A​ ​-​ ​Act​ ​(​การปรับปรุง​พัฒนา​)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11​.​ ​นำ​ผล​การประเมิน​มา​วิเคราะห์​เพื่อ​หา​จุดแข็ง​และ​จุด​ที่​ต้อง​พัฒนา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12​.​ ​ปรับปรุง​วิธีการ​จัด​การเรียนรู้​และ​ระบบ​ให้​เหมาะสม​กับ​ผู้เรียน​ใน​ภาคเรียน​ถัดไป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13​.​ ​ขยายผล​และ​ถ่ายทอด​แนวทาง​ให้​แก่​ครู​ใน​กลุ่ม​สาระ​การเรียนรู้​ภาษาไทย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3​.​ ​ผลลัพธ์​การพัฒนา​ที่​คาดหวัง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3.1​ ​เชิง​ปริมาณ</w:t>
      </w:r>
    </w:p>
    <w:p>
      <w:pPr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ผู้เรียน​อย่าง​น้อย​ร้อยละ​ ​71​ ​มี​ผลสัมฤทธิ์​ทาง​การเรียน​รายวิชา​ภาษาไทย​ตั้งแต่​ระดับ​ ​2.5​ ​ขึ้นไป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*(​ค่า​เป้าหมาย​ของ​กลุ่ม​สาระ​การเรียนรู้​ภาษาไทย​ ​ปีการศึกษา​ ​2569​ ​=​ ​ร้อยละ​ ​71​ ​—​ ​เพิ่ม​จาก​ปี​ที่แล้ว​ ​1​%)*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ผู้เรียน​ร้อยละ​ ​90​ ​ส่ง​งาน​ตรงเวลา​ตามกำหนด</w:t>
      </w:r>
    </w:p>
    <w:p>
      <w:pPr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ผู้เรียน​ร้อยละ​ ​80​ ​มี​ความพึงพอใจ​ต่อ​การ​จัด​การเรียนรู้​ใน​ระดับ​มาก​ขึ้นไป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3.2​ ​เชิง​คุณภาพ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ผู้เรียน​มี​ความรับผิดชอบ​ต่อ​การเรียนรู้​ของ​ตนเอง​ ​และ​สามารถ​ติดตาม​ความก้าวหน้า​ของ​ตนเอง​ได้​อย่าง​ต่อเนื่อง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ผู้เรียน​มี​ความมั่นใจ​ใน​การ​ใช้​ภาษาไทย​และ​กล้า​แสดงความคิดเห็น​มากขึ้น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มี​เวลา​ใน​การ​ออกแบบ​กิจกรรม​การเรียนรู้​ที่​เน้น​ผู้เรียน​เป็นสำคัญ​เพิ่มขึ้น​ ​และ​สามารถ​ดูแล​ผู้เรียน​เป็นรายบุคคล​ได้​อย่าง​มีประสิทธิภาพ</w:t>
      </w:r>
    </w:p>
    <w:p>
      <w:pPr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พัฒนา​นวัตกรรม​ระบบนิเวศ​การเรียนรู้​ ​Raminest​ ​ให้​มีประสิทธิภาพ​ยิ่งขึ้น​อย่าง​ต่อเนื่อง​ ​เป็น​แบบอย่าง​ที่​ดี​ ​ตลอดจน​จะ​ให้คำปรึกษา​แนะนำ​แก่​เพื่อน​ครู​ที่​นำ​ระบบ​ไป​ใช้​ใน​การ​จัด​การเรียนรู้​ของ​ตนเอง</w:t>
      </w:r>
    </w:p>
    <w:p>
      <w:pPr>
        <w:keepNext/>
        <w:spacing w:before="240" w:after="8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1A1A2E"/>
          <w:sz w:val="34"/>
          <w:lang w:val="th-TH" w:bidi="th-TH" w:eastAsia="th-TH"/>
        </w:rPr>
        <w:t>ประเด็น​ท้าทาย​ที่​ ​2</w:t>
      </w:r>
    </w:p>
    <w:p>
      <w:pPr>
        <w:spacing w:before="60" w:after="60" w:line="283" w:lineRule="auto"/>
        <w:ind w:firstLine="504"/>
        <w:jc w:val="both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ประเด็น​ท้าทาย​ ​เรื่อง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 ​การ​ยกระดับ​คุณภาพ​การ​ออกแบบ​หลักสูตร​และ​หน่วย​การเรียนรู้​ของ​ครู​กลุ่ม​สาระ​การเรียนรู้​ภาษาไทย​ ​ด้วย​ระบบ​ผู้ช่วย​ออกแบบ​แผนการ​จัด​การเรียนรู้​ ​(TypeSafe​ ​Smart​ ​Lesson​ ​Planner​)​ ​ใน​ฐานะ​ผู้นำ​ทางวิชาการ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1​.​ ​สภาพ​ปัญหา​ของ​ผู้เรียน​และ​การ​จัด​การเรียนรู้</w:t>
      </w:r>
    </w:p>
    <w:p>
      <w:pPr>
        <w:spacing w:before="60" w:after="60" w:line="283" w:lineRule="auto"/>
        <w:ind w:firstLine="504"/>
        <w:jc w:val="both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จาก​การ​นิเทศ​ภายใน​และ​กระบวนการ​แลกเปลี่ยน​เรียน​รู้ทาง​วิชาชีพ​ใน​กลุ่ม​สาระ​การเรียนรู้​ภาษาไทย​ ​ข้าพเจ้า​พบ​ว่า​ ​ครูผู้สอน​ส่วนหนึ่ง​ประสบปัญหา​ด้าน​การ​วิเคราะห์​หลักสูตร​และ​การ​ออกแบบ​หน่วย​การเรียนรู้​ให้​สอดคล้อง​กับ​มาตรฐาน​การเรียนรู้​และ​ตัว​ชี้​วัด​ ​เนื่องจาก​ข้อจำกัด​ด้าน​ภาระ​งาน​และ​ระยะเวลา​ใน​การ​จัดทำ​เอกสาร​ ​ส่งผล​ให้​แผนการ​จัด​การเรียนรู้​มี​คุณภาพ​ไม่​สม่ำเสมอ​ ​และ​กระทบ​ต่อ​คุณภาพ​การ​จัด​การเรียนรู้​ของ​ผู้เรียน​ใน​ภาพรวม​ของ​กลุ่ม​สาระ​การเรียนรู้​ภาษาไทย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2​.​ ​วิธีการ​ดำเนินการ​ให้​บรรลุผล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ข้าพเจ้า​จะ​นำ​วงจร​บริหารงาน​คุณภาพ​ ​(PDCA)​ ​มา​ใช้​เป็น​กรอบ​แนว​ทางใน​การ​ดำเนินการ​ ​ดังนี้</w:t>
      </w:r>
    </w:p>
    <w:p>
      <w:pPr>
        <w:keepNext/>
        <w:spacing w:before="140" w:after="6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P​ ​-​ ​Plan​ ​(​การวางแผน​)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1​.​ ​วิเคราะห์​ความต้องการ​จำเป็น​ของ​ครู​ใน​กลุ่ม​สาระ​การเรียนรู้​ภาษาไทย​ ​ด้าน​การ​ออกแบบ​หลักสูตร​และ​หน่วย​การเรียนรู้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2​.​ ​วางแผน​พัฒนา​ระบบ​ผู้ช่วย​ออกแบบ​แผนการ​จัด​การเรียนรู้​ ​TypeSafe​ ​Smart​ ​Lesson​ ​Planner​ ​บน​ระบบ​ ​Thai​ ​PW​ ​Hub​ ​โดย​ออกแบบ​ให้​ครูผู้สอน​สามารถ​เลือก​รหัส​วิชา​ ​จากนั้น​ระบบ​จะ​กำหนด​ชื่อ​วิชา​ ​ระดับชั้น​ ​และ​ภาคเรียน​ให้​อัตโนมัติ​ ​เพื่อ​สร้าง​แผนการ​จัด​การเรียนรู้​ที่​มี​องค์ประกอบ​ครบถ้วน​ ​12​ ​ส่วน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3​.​ ​จัดทำ​คู่มือ​การใช้งาน​และ​กำหนด​แนว​ทางการ​ใช้​ระบบ​ร่วมกัน​ภายใน​กลุ่ม​สาระ​การเรียนรู้​ภาษาไทย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4​.​ ​วางแผนการ​นิเทศ​ ​ติดตาม​ ​และ​ประเมินผล​การใช้งาน​ระบบ​ร่วมกับ​ครู​ใน​กลุ่ม​สาระ​การเรียนรู้​ภาษาไทย</w:t>
      </w:r>
    </w:p>
    <w:p>
      <w:pPr>
        <w:keepNext/>
        <w:spacing w:before="140" w:after="6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D​ ​-​ ​Do​ ​(​การปฏิบัติ​)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5​.​ ​ถ่ายทอด​องค์ความรู้​และ​วิธี​การใช้งาน​ระบบ​ให้​แก่​ครู​กลุ่ม​สาระ​การเรียนรู้​ภาษาไทย​ทั้ง​ ​14​ ​คน​ ​เป็นรายบุคคล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6​.​ ​ส่งเสริม​ให้​ครูผู้สอน​นำ​ระบบ​ไป​ใช้​ใน​การ​วิเคราะห์​หลักสูตร​ ​จัดทำ​โครง​การสอน​ ​และ​ออกแบบ​หน่วย​การเรียนรู้​ใน​รายวิชา​ที่​รับผิดชอบ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7​.​ ​จัดกิจกรรม​แลกเปลี่ยน​เรียนรู้​ ​เพื่อให้​ครูผู้สอน​นำเสนอ​แผนการ​จัด​การเรียนรู้​ที่​พัฒนา​ขึ้น​ ​พร้อมทั้ง​ร่วมกัน​สะท้อน​คิด​และ​ให้​ข้อเสนอแนะ</w:t>
      </w:r>
    </w:p>
    <w:p>
      <w:pPr>
        <w:keepNext/>
        <w:spacing w:before="140" w:after="6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C​ ​-​ ​Check​ ​(​การ​ตรวจสอบ​)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8​.​ ​ตรวจสอบ​ความถูกต้อง​และ​ครบถ้วน​ของ​แผนการ​จัด​การเรียนรู้​ที่​ครูผู้สอน​จัดทำ​ขึ้น​ ​โดย​เทียบเคียง​กับ​มาตรฐาน​การเรียนรู้​และ​ตัว​ชี้​วัด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9​.​ ​ประเมิน​ความพึงพอใจ​และ​สำรวจ​ปัญหา​อุปสรรค​ใน​การใช้งาน​ระบบ​ของ​ครู​กลุ่ม​สาระ​การเรียนรู้​ภาษาไทย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10​.​ ​นิเทศ​และ​ติดตาม​ผล​การนำ​แผนการ​จัด​การเรียนรู้​ไป​ใช้​จัด​การเรียน​การสอน​จริง​ใน​ชั้นเรียน​ของ​ครูผู้สอน​แต่ละคน</w:t>
      </w:r>
    </w:p>
    <w:p>
      <w:pPr>
        <w:keepNext/>
        <w:spacing w:before="140" w:after="60" w:line="276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A​ ​-​ ​Act​ ​(​การปรับปรุง​พัฒนา​)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11​.​ ​นำ​ผล​การ​ติดตาม​และ​ประเมินผล​มา​ปรับปรุง​พัฒนา​ระบบ​ตลอดจน​คู่มือ​การใช้งาน​ให้​มีประสิทธิภาพ​และ​ใช้งาน​ได้​สะดวก​ยิ่งขึ้น</w:t>
      </w:r>
    </w:p>
    <w:p>
      <w:pPr>
        <w:keepNext/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12​.​ ​ขยายผล​การใช้งาน​ระบบ​ผู้ช่วย​ออกแบบ​แผนการ​จัด​การเรียนรู้​ไป​ยัง​ครู​กลุ่ม​สาระ​การเรียนรู้​อื่น</w:t>
      </w:r>
    </w:p>
    <w:p>
      <w:pPr>
        <w:spacing w:before="20" w:after="20" w:line="276" w:lineRule="auto"/>
        <w:ind w:firstLine="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13​.​ ​ถ่ายทอด​ประสบการณ์​และ​แนว​ทางการ​เป็น​ผู้นำ​ทางวิชาการ​ด้าน​การ​ออกแบบ​หลักสูตร​ให้​แก่​เพื่อน​ครู​ ​เพื่อ​สร้าง​การพัฒนา​วิชาชีพ​อย่าง​ยั่งยืน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3​.​ ​ผลลัพธ์​การพัฒนา​ที่​คาดหวัง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3.1​ ​เชิง​ปริมาณ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ครู​กลุ่ม​สาระ​การเรียนรู้​ภาษาไทย​ร้อยละ​ ​100​ ​สามารถ​ใช้งาน​ระบบ​ใน​การ​ออกแบบ​หน่วย​การเรียนรู้​ได้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แผนการ​จัด​การเรียนรู้​ที่​พัฒนา​ขึ้น​ผ่าน​เกณฑ์​การ​ตรวจสอบ​ความสอดคล้อง​กับ​มาตรฐาน​การเรียนรู้​ ​ร้อยละ​ ​90​ ​ขึ้นไป</w:t>
      </w:r>
    </w:p>
    <w:p>
      <w:pPr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ครู​ร้อยละ​ ​80​ ​มี​ความพึงพอใจ​ต่อ​ระบบ​และ​ต่อ​การ​ดำเนินงาน​ใน​ระดับ​มาก​ขึ้นไป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lang w:val="th-TH" w:bidi="th-TH" w:eastAsia="th-TH"/>
        </w:rPr>
        <w:t>3.2​ ​เชิง​คุณภาพ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ครู​ใน​กลุ่ม​สาระ​การเรียนรู้​ภาษาไทย​สามารถ​วิเคราะห์​หลักสูตร​และ​ออกแบบ​หน่วย​การเรียนรู้​ได้​อย่าง​มีประสิทธิภาพ​และ​มี​คุณภาพ​สม่ำเสมอ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แผนการ​จัด​การเรียนรู้​มี​มาตรฐาน​ ​ส่ง​ผลดี​ต่อ​คุณภาพ​การ​จัด​การเรียนรู้​และ​ยกระดับ​ผลสัมฤทธิ์​ของ​ผู้เรียน​ใน​ภาพรวม</w:t>
      </w:r>
    </w:p>
    <w:p>
      <w:pPr>
        <w:keepNext/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เกิด​วัฒนธรรม​การทำงาน​ร่วมกัน​และ​ชุมชน​แห่ง​การเรียน​รู้ทาง​วิชาชีพ​อย่าง​ต่อ​เนื่องใน​กลุ่ม​สาระ​การเรียนรู้​ภาษาไทย​ ​และ​สามารถ​ขยายผล​ไป​ยัง​ครู​กลุ่ม​สาระ​การเรียนรู้​อื่น​ได้​อย่าง​เป็น​รูปธรรม</w:t>
      </w:r>
    </w:p>
    <w:p>
      <w:pPr>
        <w:spacing w:before="20" w:after="20" w:line="276" w:lineRule="auto"/>
        <w:ind w:hanging="360" w:left="36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 xml:space="preserve">•​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เป็น​แบบอย่าง​ที่​ดี​ ​ตลอดจน​จะ​ให้คำปรึกษา​แนะนำ​แก่​ครู​ใน​กลุ่ม​สาระ​การเรียนรู้​ภาษาไทย​และ​ครู​กลุ่ม​สาระ​การเรียนรู้​อื่น​ใน​การนำ​ระบบ​ผู้ช่วย​ออกแบบ​แผนการ​จัด​การเรียนรู้​ไป​ใช้​พัฒนาการ​จัด​การเรียนรู้​ของ​ตนเอง</w:t>
      </w:r>
    </w:p>
    <w:p>
      <w:pPr>
        <w:spacing w:before="80" w:after="80" w:line="40" w:lineRule="exact"/>
        <w:pBdr>
          <w:bottom w:val="single" w:sz="6" w:space="0" w:color="D8D0EC"/>
        </w:pBdr>
      </w:pPr>
    </w:p>
    <w:p>
      <w:pPr>
        <w:keepNext/>
        <w:pageBreakBefore/>
        <w:spacing w:before="160" w:after="120" w:line="276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color w:val="6B4EA8"/>
          <w:sz w:val="36"/>
          <w:lang w:val="th-TH" w:bidi="th-TH" w:eastAsia="th-TH"/>
        </w:rPr>
        <w:t>ความเห็น​ของ​ผู้อำนวยการ​สถานศึกษา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(​  ​)​ ​เห็นชอบ​ให้​เป็น​ข้อตกลง​ใน​การพัฒนา​งาน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(​  ​)​ ​ไม่​เห็นชอบ​ให้​เป็น​ข้อตกลง​ใน​การพัฒนา​งาน​ ​โดย​มี​ข้อเสนอแนะ​เพื่อ​นำ​ไป​แก้ไข​ ​และ​เสนอ​เพื่อ​พิจารณา​อีกครั้ง​ ​ดังนี้</w:t>
      </w:r>
    </w:p>
    <w:p>
      <w:pPr>
        <w:spacing w:before="60" w:after="60" w:line="283" w:lineRule="auto"/>
        <w:ind w:firstLine="504"/>
        <w:jc w:val="both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...............................................................................................................................................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ลงชื่อ​ ​................................................................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(​ ​............................................................​ ​)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ตำแหน่ง​ ​ผู้อำนวยการ​โรงเรียน​พูล​เจริญ​วิทยาคม</w:t>
      </w:r>
    </w:p>
    <w:p>
      <w:pPr>
        <w:spacing w:before="40" w:after="40" w:line="283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lang w:val="th-TH" w:bidi="th-TH" w:eastAsia="th-TH"/>
        </w:rPr>
        <w:t>................/................/................</w:t>
      </w:r>
    </w:p>
    <w:sectPr w:rsidR="00FC693F" w:rsidRPr="0006063C" w:rsidSect="00034616">
      <w:headerReference w:type="default" r:id="rId9"/>
      <w:pgSz w:w="11906" w:h="16838"/>
      <w:pgMar w:top="992" w:right="104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H Sarabun New" w:hAnsi="TH Sarabun New" w:cs="TH Sarabun New" w:eastAsia="TH Sarabun New"/>
        <w:b w:val="0"/>
        <w:bCs w:val="0"/>
        <w:i w:val="0"/>
        <w:iCs w:val="0"/>
        <w:noProof/>
        <w:sz w:val="28"/>
        <w:lang w:val="th-TH" w:bidi="th-TH" w:eastAsia="th-TH"/>
      </w:rPr>
      <w:fldChar w:fldCharType="begin"/>
    </w:r>
    <w:r>
      <w:rPr>
        <w:rFonts w:ascii="TH Sarabun New" w:hAnsi="TH Sarabun New" w:cs="TH Sarabun New" w:eastAsia="TH Sarabun New"/>
        <w:b w:val="0"/>
        <w:bCs w:val="0"/>
        <w:i w:val="0"/>
        <w:iCs w:val="0"/>
        <w:noProof/>
        <w:sz w:val="28"/>
        <w:lang w:val="th-TH" w:bidi="th-TH" w:eastAsia="th-TH"/>
      </w:rPr>
      <w:instrText xml:space="preserve"> PAGE </w:instrText>
    </w:r>
    <w:r>
      <w:rPr>
        <w:rFonts w:ascii="TH Sarabun New" w:hAnsi="TH Sarabun New" w:cs="TH Sarabun New" w:eastAsia="TH Sarabun New"/>
        <w:b w:val="0"/>
        <w:bCs w:val="0"/>
        <w:i w:val="0"/>
        <w:iCs w:val="0"/>
        <w:noProof/>
        <w:sz w:val="28"/>
        <w:lang w:val="th-TH" w:bidi="th-TH" w:eastAsia="th-TH"/>
      </w:rPr>
      <w:fldChar w:fldCharType="separate"/>
    </w:r>
    <w:r>
      <w:rPr>
        <w:rFonts w:ascii="TH Sarabun New" w:hAnsi="TH Sarabun New" w:cs="TH Sarabun New" w:eastAsia="TH Sarabun New"/>
        <w:b w:val="0"/>
        <w:bCs w:val="0"/>
        <w:i w:val="0"/>
        <w:iCs w:val="0"/>
        <w:noProof/>
        <w:sz w:val="28"/>
        <w:lang w:val="th-TH" w:bidi="th-TH" w:eastAsia="th-TH"/>
      </w:rPr>
      <w:t xml:space="preserve">1</w:t>
    </w:r>
    <w:r>
      <w:rPr>
        <w:rFonts w:ascii="TH Sarabun New" w:hAnsi="TH Sarabun New" w:cs="TH Sarabun New" w:eastAsia="TH Sarabun New"/>
        <w:b w:val="0"/>
        <w:bCs w:val="0"/>
        <w:i w:val="0"/>
        <w:iCs w:val="0"/>
        <w:noProof/>
        <w:sz w:val="28"/>
        <w:lang w:val="th-TH" w:bidi="th-TH" w:eastAsia="th-TH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TH Sarabun New" w:hAnsi="TH Sarabun New" w:cs="TH Sarabun New" w:eastAsia="TH Sarabun New"/>
        <w:sz w:val="32"/>
        <w:szCs w:val="3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